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⠙⠩⠵⠄⠀⠍⠦⠒⠂⠀⠃⠧⠄⠀⠱⠄⠹⠀⠱⠕⠁⠍⠡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⠃⠴⠄⠀⠒⠂⠛⠩⠀⠊⠛⠬⠀⠛⠕⠂⠛⠫⠁⠞⠲⠁⠹⠍⠦⠒⠂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⠋⠦⠧⠐⠀⠞⠲⠁⠛⠕⠀⠌⠻⠁⠑⠆⠀⠍⠦⠒⠂⠀⠌⠻⠄⠓⠻⠆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⠃⠜⠄⠀⠱⠼⠁⠟⠼⠐⠆⠅⠢⠄⠀⠹⠬⠂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⠱⠿⠁⠓⠣⠁⠱⠙⠩⠄⠓⠩⠄⠅⠊⠆⠈⠀⠍⠦⠒⠂⠀⠃⠩⠁⠛⠊⠂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⠚⠻⠄⠛⠩⠀⠓⠢⠀⠛⠜⠙⠺⠐⠆⠏⠥⠄⠞⠲⠁⠀⠙⠔⠄⠣⠛⠊⠁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⠃⠥⠝⠼⠀⠓⠡⠂⠟⠼⠀⠅⠢⠄⠀⠟⠥⠆⠍⠢⠁⠀⠙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⠞⠥⠁⠙⠩⠄⠐⠆⠌⠵⠕⠀⠌⠄⠌⠀⠍⠦⠒⠂⠀⠅⠩⠐⠀⠓⠬⠁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⠳⠂⠀⠱⠥⠂⠓⠊⠁⠀⠛⠕⠂⠛⠫⠁⠞⠲⠁⠹⠍⠦⠒⠂⠀⠙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⠛⠜⠙⠺⠀⠚⠴⠯⠂⠀⠌⠥⠂⠙⠻⠀⠋⠥⠆⠓⠢⠐⠀⠃⠡⠀⠱⠄⠹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⠍⠦⠒⠂⠀⠅⠢⠣⠀⠛⠊⠁⠀⠱⠥⠁⠟⠥⠁⠐⠆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⠓⠩⠱⠦⠀⠵⠆⠓⠾⠂⠀⠃⠧⠄⠀⠈⠡⠀⠥⠂⠓⠬⠁⠀⠱⠂⠩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⠅⠊⠆⠉⠪⠀⠈⠡⠀⠱⠓⠢⠀⠏⠡⠍⠥⠆⠀⠇⠦⠄⠙⠥⠂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⠊⠄⠱⠼⠁⠀⠺⠂⠀⠅⠜⠐⠀⠙⠥⠂⠙⠲⠄⠀⠱⠼⠁⠍⠡⠆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⠓⠢⠟⠼⠱⠼⠁⠥⠓⠾⠂⠀⠥⠂⠌⠦⠪⠀⠌⠁⠱⠀⠱⠷⠄⠉⠢⠆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⠉⠲⠀⠡⠁⠒⠂⠀⠎⠕⠁⠓⠑⠄⠀⠠⠠⠠⠙⠀⠝⠀⠁⠠⠄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⠌⠄⠇⠡⠈⠀⠌⠻⠄⠇⠥⠋⠧⠊⠆⠀⠓⠢⠀⠛⠊⠁⠣⠁⠓⠺⠇⠥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⠟⠥⠁⠋⠔⠐⠀⠚⠴⠆⠱⠀⠓⠊⠃⠖⠁⠛⠲⠁⠟⠦⠄⠈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⠃⠡⠙⠥⠂⠛⠩⠄⠉⠢⠆⠀⠬⠄⠀⠋⠥⠆⠵⠢⠂⠀⠚⠴⠀⠙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⠱⠼⠁⠥⠀⠱⠢⠛⠊⠐⠆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⠓⠑⠄⠛⠮⠄⠀⠱⠌⠦⠀⠙⠥⠂⠌⠢⠄⠈⠀⠚⠲⠓⠢⠀⠛⠜⠬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⠓⠾⠂⠓⠊⠂⠌⠢⠄⠐⠀⠊⠄⠛⠊⠂⠀⠙⠊⠊⠉⠆⠀⠛⠑⠁⠟⠥⠆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⠓⠢⠟⠼⠱⠼⠁⠥⠓⠾⠂⠀⠙⠀⠏⠼⠳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⠾⠙⠥⠂⠀⠱⠕⠁⠍⠡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⠌⠢⠋⠴⠆⠀⠱⠷⠄⠉⠢⠆⠀⠛⠴⠁⠛⠬⠀⠊⠄⠱⠼⠁⠀⠺⠂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⠅⠜⠐⠀⠇⠡⠂⠞⠡⠁⠀⠱⠼⠁⠍⠡⠆⠀⠇⠬⠙⠲⠀⠓⠕⠙⠲⠀⠙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⠛⠜⠓⠾⠂⠀⠇⠊⠄⠝⠩⠆⠀⠛⠪⠄⠓⠑⠄⠐⠆⠯⠂⠀⠓⠕⠙⠲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⠅⠭⠙⠜⠀⠞⠡⠁⠛⠾⠂⠈⠀⠟⠥⠆⠛⠾⠂⠈⠀⠓⠳⠛⠾⠂⠀⠬⠄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⠺⠛⠾⠂⠀⠙⠼⠄⠀⠙⠕⠁⠀⠛⠧⠄⠛⠻⠁⠀⠞⠊⠄⠩⠰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⠃⠴⠄⠱⠷⠄⠉⠢⠆⠀⠵⠢⠂⠀⠃⠔⠄⠀⠌⠢⠓⠑⠁⠀⠓⠻⠛⠑⠂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⠌⠻⠄⠓⠻⠆⠟⠼⠀⠅⠢⠄⠊⠄⠀⠵⠪⠓⠩⠀⠻⠂⠟⠼⠀⠙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⠒⠂⠵⠆⠀⠛⠭⠄⠛⠑⠄⠈⠀⠱⠼⠁⠣⠁⠀⠓⠭⠄⠓⠭⠈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⠇⠕⠂⠛⠊⠂⠀⠏⠣⠁⠀⠙⠔⠁⠀⠓⠢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⠎⠁⠅⠖⠄⠞⠊⠐⠆⠾⠙⠥⠂⠀⠅⠯⠟⠼⠀⠃⠥⠀⠓⠬⠁⠜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⠱⠂⠩⠱⠈⠀⠛⠸⠁⠌⠥⠁⠈⠀⠱⠛⠊⠀⠓⠕⠆⠀⠌⠻⠁⠹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⠍⠢⠓⠡⠂⠐⠆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⠥⠂⠌⠦⠪⠀⠱⠢⠛⠊⠤⠀⠌⠼⠒⠂⠀⠉⠪⠄⠹⠀⠛⠜⠙⠔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⠵⠆⠓⠖⠈⠀⠅⠡⠁⠓⠊⠁⠀⠃⠜⠁⠞⠊⠀⠉⠼⠛⠊⠂⠀⠓⠢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⠛⠩⠄⠙⠻⠄⠀⠙⠻⠇⠕⠰⠀⠌⠲⠜⠀⠓⠣⠓⠊⠁⠀⠃⠥⠀⠌⠁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⠅⠖⠀⠩⠂⠎⠢⠀⠃⠜⠄⠙⠔⠂⠰⠀⠎⠕⠄⠳⠀⠃⠜⠄⠛⠢⠂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⠙⠷⠁⠀⠳⠀⠃⠜⠁⠞⠊⠀⠓⠡⠂⠐⠆⠱⠄⠹⠀⠏⠡⠍⠥⠆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⠾⠙⠥⠂⠅⠊⠆⠀⠱⠂⠐⠀⠅⠢⠄⠀⠞⠲⠁⠛⠕⠀⠃⠜⠁⠞⠊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⠛⠲⠁⠝⠼⠀⠵⠪⠀⠛⠢⠀⠍⠢⠅⠽⠀⠌⠁⠛⠩⠁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⠞⠜⠆⠌⠻⠄⠐⠆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⠵⠴⠄⠭⠀⠱⠄⠹⠀⠌⠢⠋⠴⠆⠀⠱⠷⠄⠉⠢⠆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⠙⠊⠊⠉⠆⠀⠾⠙⠥⠂⠤⠀⠧⠀⠱⠒⠓⠬⠀⠻⠂⠟⠼⠀⠅⠩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⠇⠳⠛⠢⠀⠍⠢⠅⠽⠐⠀⠓⠩⠁⠀⠛⠩⠇⠊⠀⠌⠼⠄⠞⠊⠄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⠅⠶⠛⠫⠐⠆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⠋⠥⠆⠓⠊⠂⠀⠱⠂⠤⠀⠌⠂⠛⠑⠁⠀⠞⠜⠆⠀⠙⠖⠀⠱⠼⠁⠣⠁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⠓⠭⠄⠓⠭⠀⠛⠜⠄⠃⠴⠄⠀⠛⠊⠁⠣⠁⠓⠺⠇⠥⠀⠓⠕⠆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⠱⠥⠬⠄⠃⠜⠄⠐⠆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⠵⠥⠄⠌⠁⠀⠓⠩⠱⠦⠀⠋⠴⠓⠭⠄⠀⠱⠂⠤⠀⠊⠚⠴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⠇⠦⠄⠙⠥⠂⠀⠏⠦⠃⠪⠂⠐⠀⠅⠊⠞⠚⠴⠀⠓⠺⠙⠔⠂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⠍⠮⠄⠛⠑⠂⠀⠍⠢⠆⠺⠄⠀⠙⠀⠎⠁⠅⠖⠄⠞⠊⠐⠆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⠚⠥⠛⠕⠄⠀⠍⠷⠄⠛⠢⠀⠃⠊⠄⠬⠀⠬⠄⠀⠅⠢⠁⠓⠾⠂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⠙⠡⠊⠆⠀⠳⠀⠟⠥⠁⠚⠥⠆⠐⠀⠊⠄⠀⠛⠣⠄⠎⠺⠂⠅⠊⠓⠷⠆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⠙⠀⠌⠒⠄⠅⠾⠆⠀⠱⠕⠁⠋⠔⠄⠀⠺⠂⠌⠒⠄⠐⠆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⠝⠮⠆⠚⠲⠀⠙⠖⠄⠓⠦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⠃⠜⠄⠛⠢⠂⠀⠼⠁⠀⠅⠪⠁⠱⠄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⠙⠊⠀⠼⠂⠀⠓⠭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⠍⠢⠅⠽⠤⠀⠚⠴⠆⠱⠀⠓⠢⠟⠼⠱⠼⠁⠥⠓⠾⠂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⠓⠢⠓⠣⠁⠀⠒⠆⠞⠊⠤⠀⠈⠞⠀⠬⠄⠀⠏⠥⠄⠞⠲⠁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⠱⠼⠁⠥⠓⠾⠂⠈⠀⠟⠻⠞⠲⠄⠀⠋⠔⠛⠜⠀⠓⠢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⠛⠊⠁⠣⠁⠛⠲⠁⠟⠼⠀⠳⠀⠱⠴⠂⠍⠀⠛⠻⠁⠓⠊⠐⠄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⠙⠊⠀⠼⠆⠀⠓⠭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⠍⠢⠅⠽⠤⠀⠱⠼⠁⠍⠡⠆⠀⠙⠀⠓⠣⠓⠊⠁⠓⠊⠞⠲⠄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⠓⠢⠓⠣⠁⠀⠒⠆⠞⠊⠤⠀⠡⠁⠒⠂⠀⠎⠕⠁⠓⠑⠄⠀⠠⠠⠠⠙⠀⠝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⠁⠀⠈⠀⠡⠁⠒⠂⠀⠎⠕⠁⠓⠑⠄⠀⠗⠀⠝⠀⠁⠠⠄⠀⠓⠢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⠙⠧⠃⠪⠂⠌⠀⠋⠴⠃⠑⠂⠀⠵⠕⠀⠱⠴⠂⠍⠐⠄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⠙⠊⠀⠼⠒⠀⠓⠭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⠍⠢⠅⠽⠤⠀⠇⠡⠂⠞⠡⠁⠀⠓⠊⠃⠖⠁⠛⠲⠁⠟⠦⠄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⠓⠢⠓⠣⠁⠀⠒⠆⠞⠊⠤⠀⠚⠥⠓⠢⠀⠹⠀⠱⠼⠁⠣⠁⠀⠱⠒⠓⠬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⠇⠊⠄⠛⠑⠄⠀⠌⠻⠄⠇⠥⠀⠬⠄⠀⠋⠧⠊⠆⠐⠄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⠙⠊⠀⠼⠲⠀⠓⠭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⠍⠢⠅⠽⠤⠀⠛⠊⠁⠣⠁⠓⠺⠇⠥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⠓⠢⠓⠣⠁⠀⠒⠆⠞⠊⠤⠀⠓⠊⠃⠖⠁⠀⠵⠴⠄⠭⠀⠛⠑⠁⠱⠷⠁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⠱⠥⠁⠚⠥⠆⠈⠀⠵⠕⠟⠥⠁⠀⠏⠧⠆⠙⠻⠀⠃⠡⠀⠛⠮⠄⠟⠥⠁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⠱⠥⠁⠟⠥⠁⠐⠄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⠙⠊⠀⠼⠢⠀⠓⠭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⠍⠢⠅⠽⠤⠀⠱⠢⠛⠊⠀⠓⠸⠂⠓⠻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⠓⠢⠓⠣⠁⠀⠒⠆⠞⠊⠤⠀⠩⠂⠛⠳⠁⠌⠢⠄⠀⠵⠴⠄⠭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⠋⠧⠄⠋⠥⠆⠀⠛⠪⠄⠛⠣⠀⠊⠛⠢⠀⠱⠼⠁⠥⠀⠓⠊⠞⠲⠄⠐⠄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⠙⠊⠀⠼⠖⠀⠓⠭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⠍⠢⠅⠽⠤⠀⠡⠹⠀⠬⠄⠀⠛⠩⠄⠉⠢⠆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⠓⠢⠓⠣⠁⠀⠒⠆⠞⠊⠤⠀⠓⠢⠟⠼⠱⠼⠁⠥⠓⠾⠂⠀⠵⠴⠄⠭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⠹⠬⠂⠀⠜⠥⠈⠀⠱⠂⠏⠣⠄⠈⠀⠓⠻⠛⠡⠀⠓⠢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⠃⠡⠙⠥⠂⠛⠩⠄⠉⠢⠆⠐⠄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⠙⠊⠀⠼⠶⠀⠓⠭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⠍⠢⠅⠽⠤⠀⠧⠁⠅⠯⠀⠬⠄⠀⠇⠒⠂⠇⠊⠄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⠓⠢⠓⠣⠁⠀⠒⠆⠞⠊⠤⠀⠝⠔⠄⠓⠑⠁⠀⠃⠩⠁⠛⠑⠀⠃⠥⠝⠼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⠾⠛⠕⠐⠄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⠙⠊⠀⠼⠦⠀⠓⠭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⠍⠢⠅⠽⠤⠀⠓⠩⠱⠦⠀⠇⠩⠓⠊⠂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⠓⠢⠓⠣⠁⠀⠒⠆⠞⠊⠤⠀⠃⠥⠛⠣⠀⠱⠂⠩⠱⠐⠀⠵⠴⠄⠭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⠛⠩⠄⠩⠀⠵⠆⠛⠊⠄⠀⠱⠋⠷⠄⠀⠌⠴⠁⠌⠼⠀⠇⠊⠄⠛⠑⠄⠐⠄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⠃⠜⠄⠛⠢⠂⠀⠼⠁⠀⠛⠑⠂⠱⠥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⠚⠴⠆⠱⠀⠓⠢⠟⠼⠱⠼⠁⠥⠓⠾⠂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⠊⠛⠬⠀⠓⠿⠆⠀⠙⠡⠊⠆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⠓⠢⠟⠼⠱⠼⠁⠥⠓⠾⠂⠐⠀⠑⠀⠟⠦⠀⠃⠮⠀⠟⠼⠁⠺⠂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⠛⠲⠁⠟⠼⠀⠱⠼⠁⠥⠓⠾⠂⠐⠀⠱⠀⠃⠔⠄⠀⠱⠼⠁⠥⠓⠾⠂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⠬⠄⠀⠛⠲⠁⠟⠼⠓⠾⠂⠀⠙⠀⠎⠁⠇⠥⠀⠛⠑⠂⠓⠢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⠅⠊⠄⠇⠪⠂⠐⠀⠙⠺⠀⠱⠼⠁⠍⠡⠆⠀⠓⠊⠞⠲⠄⠀⠓⠕⠆⠀⠅⠊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⠵⠥⠄⠟⠼⠃⠥⠋⠴⠀⠛⠣⠓⠡⠂⠀⠱⠢⠛⠊⠈⠀⠛⠪⠄⠵⠖⠈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⠉⠢⠆⠇⠭⠂⠀⠓⠢⠀⠙⠑⠂⠙⠪⠐⠀⠊⠄⠀⠱⠂⠓⠩⠀⠍⠡⠅⠾⠆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⠛⠲⠁⠝⠼⠐⠆⠈⠞⠀⠛⠻⠁⠌⠥⠀⠙⠀⠃⠥⠀⠌⠄⠱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⠱⠼⠁⠍⠡⠆⠀⠵⠴⠄⠭⠀⠸⠵⠕⠐⠀⠓⠻⠓⠺⠆⠀⠌⠺⠁⠒⠆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⠝⠼⠋⠷⠄⠀⠚⠦⠆⠀⠍⠷⠄⠛⠢⠀⠱⠼⠁⠥⠀⠓⠊⠞⠲⠄⠀⠛⠼⠁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⠅⠢⠄⠀⠬⠉⠢⠆⠀⠙⠢⠀⠻⠂⠟⠼⠀⠊⠓⠭⠀⠚⠴⠆⠥⠐⠆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⠓⠩⠁⠀⠛⠳⠁⠌⠼⠀⠊⠛⠢⠀⠥⠛⠑⠄⠤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⠓⠢⠟⠼⠱⠼⠁⠥⠓⠾⠂⠀⠃⠡⠃⠥⠙⠼⠄⠬⠂⠀⠏⠡⠅⠲⠁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⠟⠶⠆⠵⠖⠀⠱⠼⠁⠍⠡⠆⠐⠆⠓⠴⠄⠙⠕⠁⠀⠓⠭⠍⠥⠆⠀⠌⠄⠱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⠟⠲⠓⠣⠁⠵⠥⠄⠓⠢⠀⠊⠄⠳⠀⠙⠀⠡⠁⠒⠂⠀⠎⠕⠁⠓⠑⠄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⠠⠠⠠⠙⠀⠝⠀⠁⠠⠄⠀⠯⠂⠛⠩⠈⠀⠞⠜⠛⠑⠂⠀⠛⠊⠁⠣⠁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⠃⠜⠄⠙⠔⠂⠐⠀⠓⠕⠆⠌⠢⠄⠀⠵⠪⠀⠃⠥⠀⠓⠧⠓⠕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⠓⠊⠃⠖⠁⠀⠙⠀⠞⠊⠄⠓⠊⠀⠌⠲⠀⠱⠄⠹⠀⠱⠼⠁⠥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⠋⠴⠵⠄⠐⠆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⠈⠞⠀⠓⠢⠀⠛⠊⠄⠛⠢⠀⠓⠭⠁⠛⠣⠀⠛⠪⠝⠩⠆⠀⠙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⠛⠻⠁⠓⠊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⠃⠜⠄⠛⠢⠂⠀⠼⠃⠀⠅⠪⠁⠱⠄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⠙⠊⠀⠼⠂⠀⠓⠭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⠛⠪⠝⠩⠆⠤⠀⠋⠴⠵⠄⠱⠼⠁⠥⠓⠾⠂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⠌⠥⠄⠜⠀⠛⠻⠁⠌⠥⠤⠀⠛⠑⠄⠱⠀⠡⠁⠒⠂⠀⠎⠕⠁⠓⠑⠄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⠠⠠⠠⠙⠀⠝⠀⠁⠀⠈⠀⠡⠁⠒⠂⠀⠎⠕⠁⠓⠑⠄⠀⠗⠀⠝⠀⠁⠀⠈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⠙⠧⠃⠪⠂⠌⠠⠄⠀⠛⠊⠂⠅⠊⠀⠓⠭⠁⠓⠥⠆⠵⠕⠹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⠬⠄⠀⠓⠢⠟⠼⠱⠼⠁⠥⠓⠾⠂⠀⠙⠀⠛⠻⠁⠓⠊⠤⠀⠞⠊⠛⠲⠁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⠛⠊⠁⠃⠴⠄⠛⠺⠁⠇⠬⠀⠓⠢⠀⠩⠂⠛⠳⠁⠀⠛⠲⠁⠛⠬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⠙⠊⠀⠼⠆⠀⠓⠭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⠛⠪⠝⠩⠆⠤⠀⠛⠊⠁⠣⠁⠛⠲⠁⠟⠼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⠌⠥⠄⠜⠀⠛⠻⠁⠌⠥⠤⠀⠙⠺⠀⠞⠢⠆⠙⠡⠀⠛⠊⠁⠣⠁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⠛⠣⠓⠡⠂⠀⠙⠖⠄⠚⠥⠆⠈⠀⠱⠧⠁⠟⠥⠀⠓⠕⠆⠀⠓⠳⠁⠛⠪⠄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⠬⠄⠀⠓⠢⠟⠼⠱⠼⠁⠥⠓⠾⠂⠀⠙⠀⠛⠻⠁⠓⠊⠤⠀⠟⠦⠀⠃⠮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⠵⠕⠺⠂⠀⠛⠷⠛⠩⠀⠓⠻⠛⠑⠂⠀⠙⠀⠛⠊⠱⠥⠱⠷⠄⠙⠻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⠙⠊⠀⠼⠒⠀⠓⠭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⠛⠪⠝⠩⠆⠤⠀⠟⠻⠞⠲⠄⠀⠋⠔⠛⠜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⠌⠥⠄⠜⠀⠛⠻⠁⠌⠥⠤⠀⠇⠊⠹⠀⠞⠩⠁⠚⠧⠀⠺⠁⠱⠼⠁⠥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⠌⠵⠖⠀⠱⠂⠥⠀⠓⠕⠆⠀⠓⠿⠆⠓⠾⠂⠏⠣⠄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⠬⠄⠀⠓⠢⠟⠼⠱⠼⠁⠥⠓⠾⠂⠀⠙⠀⠛⠻⠁⠓⠊⠤⠀⠇⠊⠱⠄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⠛⠼⠁⠀⠵⠖⠄⠰⠀⠓⠢⠟⠼⠱⠼⠁⠥⠓⠾⠂⠀⠅⠢⠄⠀⠛⠣⠊⠃⠥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⠱⠢⠛⠊⠀⠓⠕⠆⠀⠳⠁⠓⠿⠆⠀⠱⠼⠁⠟⠧⠄⠀⠓⠊⠞⠲⠄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⠙⠊⠀⠼⠲⠀⠓⠭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⠛⠪⠝⠩⠆⠤⠀⠓⠢⠟⠼⠱⠼⠁⠥⠓⠾⠂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⠌⠥⠄⠜⠀⠛⠻⠁⠌⠥⠤⠀⠹⠀⠃⠜⠁⠌⠒⠄⠓⠿⠆⠈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⠍⠢⠅⠽⠓⠿⠆⠀⠓⠢⠀⠙⠑⠂⠙⠪⠀⠱⠢⠛⠊⠀⠱⠂⠓⠩⠀⠬⠙⠡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⠛⠲⠁⠝⠼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⠬⠄⠀⠓⠢⠟⠼⠱⠼⠁⠥⠓⠾⠂⠀⠙⠀⠛⠻⠁⠓⠊⠤⠀⠅⠭⠙⠜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⠌⠼⠄⠛⠢⠀⠓⠊⠞⠲⠄⠀⠛⠊⠂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⠱⠢⠛⠊⠤⠛⠷⠛⠩⠤⠉⠢⠆⠱⠤⠓⠾⠂⠓⠊⠂⠀⠓⠸⠂⠓⠻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⠃⠜⠄⠛⠢⠂⠀⠼⠃⠀⠛⠑⠂⠱⠥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⠎⠧⠁⠛⠢⠀⠟⠦⠹⠀⠛⠲⠁⠟⠼⠀⠎⠁⠓⠭⠄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⠍⠢⠅⠽⠓⠿⠆⠤⠀⠃⠔⠄⠀⠋⠥⠆⠵⠔⠂⠀⠓⠊⠞⠲⠄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⠟⠪⠁⠟⠼⠀⠱⠥⠁⠚⠥⠆⠈⠀⠟⠻⠛⠧⠄⠈⠀⠅⠲⠌⠀⠓⠢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⠱⠥⠁⠟⠥⠁⠀⠙⠼⠄⠀⠍⠢⠅⠽⠐⠆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⠃⠜⠁⠌⠒⠄⠓⠿⠆⠤⠀⠛⠣⠄⠇⠭⠀⠹⠀⠞⠲⠄⠊⠀⠙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⠍⠜⠱⠥⠈⠀⠉⠢⠆⠇⠭⠂⠋⠦⠋⠔⠄⠀⠓⠢⠀⠱⠥⠛⠬⠛⠢⠂⠱⠐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⠚⠦⠆⠀⠛⠑⠂⠛⠕⠄⠀⠅⠢⠄⠊⠄⠀⠃⠊⠄⠛⠜⠐⠆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⠙⠑⠂⠙⠪⠤⠀⠙⠊⠊⠉⠆⠀⠱⠢⠛⠊⠀⠓⠴⠄⠱⠖⠄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⠻⠂⠍⠮⠄⠐⠀⠓⠬⠁⠜⠀⠞⠲⠁⠛⠕⠀⠉⠢⠆⠱⠀⠓⠕⠆⠙⠢⠂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⠌⠼⠛⠬⠐⠀⠵⠪⠆⠀⠓⠺⠙⠖⠀⠱⠢⠛⠊⠀⠓⠻⠛⠑⠂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⠓⠳⠁⠌⠼⠐⠆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⠃⠴⠄⠛⠑⠂⠀⠵⠆⠒⠆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⠎⠁⠅⠖⠄⠤⠀⠚⠥⠛⠕⠄⠀⠏⠥⠄⠞⠲⠁⠀⠱⠼⠁⠥⠓⠾⠂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⠓⠭⠱⠀⠵⠪⠀⠇⠊⠄⠛⠑⠄⠀⠊⠞⠪⠀⠱⠷⠁⠣⠁⠛⠊⠁⠀⠙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⠛⠑⠂⠛⠷⠐⠀⠝⠔⠍⠀⠓⠢⠟⠼⠱⠼⠁⠥⠓⠾⠂⠀⠓⠻⠓⠺⠆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⠟⠦⠱⠀⠛⠪⠄⠃⠩⠀⠅⠊⠌⠲⠁⠀⠙⠀⠇⠩⠂⠛⠑⠁⠐⠀⠚⠦⠆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⠈⠞⠀⠵⠪⠀⠞⠢⠆⠙⠡⠞⠜⠛⠩⠀⠓⠫⠀⠃⠢⠁⠋⠦⠆⠀⠌⠄⠙⠡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⠏⠣⠙⠖⠐⠆⠌⠢⠛⠢⠀⠃⠊⠄⠬⠀⠌⠲⠐⠀⠝⠔⠄⠓⠑⠁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⠃⠥⠋⠴⠀⠙⠺⠡⠀⠇⠊⠄⠛⠑⠄⠐⠀⠝⠔⠄⠓⠑⠁⠀⠃⠥⠋⠴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⠙⠺⠡⠀⠱⠢⠛⠊⠐⠄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⠱⠼⠁⠍⠡⠆⠀⠙⠀⠓⠣⠓⠊⠁⠓⠊⠞⠲⠄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⠡⠁⠒⠂⠀⠎⠕⠁⠓⠑⠄⠀⠠⠠⠠⠙⠀⠝⠀⠁⠀⠤⠀⠃⠖⠄⠉⠒⠠⠄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⠟⠦⠅⠊⠁⠀⠌⠄⠇⠡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⠡⠁⠒⠂⠀⠎⠕⠁⠓⠑⠄⠀⠠⠠⠠⠙⠀⠝⠀⠁⠀⠱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⠞⠕⠁⠭⠄⠓⠢⠞⠦⠓⠢⠎⠻⠁⠀⠙⠀⠛⠩⠄⠟⠼⠁⠐⠆⠈⠞⠀⠳⠂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⠎⠇⠮⠀⠛⠩⠄⠛⠊⠁⠵⠥⠄⠟⠼⠐⠀⠞⠲⠁⠟⠦⠀⠹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⠡⠁⠒⠂⠵⠆⠍⠥⠄⠀⠁⠀⠈⠀⠞⠀⠈⠀⠉⠀⠈⠀⠛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⠃⠜⠄⠱⠐⠆⠛⠩⠄⠛⠊⠁⠀⠏⠪⠇⠑⠀⠙⠀⠓⠩⠁⠓⠷⠆⠱⠒⠓⠬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⠝⠼⠛⠷⠀⠓⠑⠂⠙⠪⠀⠊⠂⠟⠻⠓⠣⠓⠊⠁⠐⠆⠊⠛⠢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⠛⠊⠁⠣⠁⠀⠅⠢⠄⠊⠄⠀⠇⠊⠄⠛⠑⠄⠀⠺⠂⠀⠡⠁⠒⠂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⠎⠕⠁⠓⠑⠄⠀⠙⠀⠝⠀⠁⠠⠄⠀⠱⠦⠀⠛⠬⠳⠀⠞⠢⠆⠙⠡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⠛⠲⠁⠝⠼⠀⠙⠀⠊⠙⠻⠀⠷⠁⠬⠐⠀⠙⠧⠀⠛⠊⠁⠣⠁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⠌⠷⠁⠺⠂⠀⠓⠪⠳⠀⠓⠬⠄⠙⠕⠁⠀⠋⠥⠆⠵⠢⠂⠀⠞⠜⠅⠲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⠓⠢⠱⠂⠀⠙⠥⠂⠅⠬⠄⠈⠀⠙⠥⠂⠅⠬⠄⠀⠙⠕⠁⠱⠖⠀⠙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⠓⠬⠇⠑⠐⠆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⠅⠊⠄⠙⠲⠵⠄⠤⠀⠛⠾⠂⠙⠡⠀⠉⠲⠀⠝⠔⠄⠇⠊⠄⠀⠅⠪⠁⠱⠄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⠙⠥⠂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⠅⠊⠄⠙⠲⠵⠄⠀⠱⠀⠊⠙⠻⠀⠺⠬⠂⠀⠛⠊⠁⠣⠁⠀⠋⠥⠆⠛⠣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⠙⠀⠡⠁⠒⠂⠀⠎⠕⠁⠓⠑⠄⠀⠠⠠⠠⠙⠀⠝⠀⠁⠀⠷⠁⠬⠐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⠡⠁⠒⠂⠀⠎⠕⠁⠓⠑⠄⠀⠗⠀⠝⠀⠁⠠⠄⠀⠛⠬⠓⠢⠍⠮⠀⠓⠢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⠅⠊⠞⠀⠞⠜⠅⠲⠀⠙⠧⠃⠪⠂⠀⠅⠢⠄⠊⠄⠀⠵⠪⠀⠌⠢⠇⠊⠄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⠛⠑⠂⠓⠢⠐⠀⠅⠊⠄⠙⠲⠀⠌⠻⠄⠇⠥⠐⠆⠈⠞⠀⠳⠙⠩⠄⠓⠭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⠊⠙⠻⠀⠌⠄⠇⠡⠀⠅⠩⠀⠙⠀⠅⠪⠁⠱⠄⠀⠃⠜⠁⠛⠊⠐⠀⠙⠧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⠌⠴⠁⠱⠂⠀⠙⠀⠅⠊⠄⠙⠲⠵⠄⠀⠓⠺⠆⠀⠱⠷⠙⠖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⠙⠕⠁⠌⠲⠄⠀⠞⠜⠅⠲⠀⠣⠁⠎⠥⠀⠡⠄⠓⠭⠄⠐⠀⠃⠡⠀⠃⠥⠱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⠛⠩⠄⠙⠧⠁⠀⠙⠀⠅⠪⠁⠛⠻⠁⠐⠆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⠡⠁⠒⠂⠀⠎⠕⠁⠓⠑⠄⠀⠠⠠⠠⠗⠀⠝⠀⠁⠀⠤⠀⠛⠲⠁⠵⠕⠠⠄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⠋⠥⠆⠃⠴⠄⠀⠬⠄⠀⠛⠲⠁⠝⠼⠀⠋⠴⠵⠄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⠌⠻⠄⠇⠥⠀⠓⠺⠆⠀⠃⠔⠄⠀⠍⠷⠄⠙⠻⠀⠡⠁⠒⠂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⠎⠕⠁⠓⠑⠄⠀⠠⠠⠠⠙⠀⠝⠀⠁⠀⠙⠀⠓⠣⠓⠊⠁⠀⠋⠥⠆⠌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⠟⠼⠀⠡⠁⠒⠂⠀⠎⠕⠁⠓⠑⠄⠀⠗⠀⠝⠀⠁⠀⠐⠆⠓⠣⠱⠄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⠡⠁⠒⠂⠀⠎⠕⠁⠓⠑⠄⠀⠗⠀⠝⠀⠁⠀⠐⠀⠑⠠⠄⠀⠛⠳⠱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⠡⠁⠒⠂⠀⠎⠕⠁⠓⠑⠄⠀⠍⠀⠠⠠⠠⠗⠀⠝⠀⠁⠀⠐⠀⠝⠼⠛⠷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⠃⠔⠄⠀⠃⠩⠁⠍⠔⠄⠀⠙⠧⠃⠪⠂⠌⠀⠙⠀⠓⠣⠓⠊⠁⠀⠙⠪⠙⠖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⠓⠢⠞⠦⠞⠊⠄⠐⠆⠃⠡⠋⠮⠀⠎⠕⠄⠳⠀⠡⠁⠒⠂⠀⠎⠕⠁⠓⠑⠄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⠗⠀⠝⠀⠁⠀⠙⠷⠁⠀⠓⠺⠆⠀⠃⠮⠀⠋⠧⠊⠆⠟⠼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⠙⠧⠃⠪⠂⠌⠰⠀⠳⠓⠑⠁⠀⠡⠁⠒⠂⠀⠎⠕⠁⠓⠑⠄⠀⠗⠀⠝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⠁⠠⠄⠀⠃⠴⠄⠱⠴⠁⠀⠛⠳⠀⠟⠼⠙⠧⠁⠀⠛⠑⠂⠛⠷⠈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⠉⠺⠁⠓⠿⠆⠀⠓⠕⠆⠀⠞⠜⠅⠲⠀⠛⠲⠁⠝⠼⠐⠆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⠙⠧⠃⠪⠂⠌⠤⠀⠌⠂⠓⠡⠂⠀⠙⠕⠁⠌⠲⠄⠀⠚⠴⠆⠥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⠙⠧⠃⠪⠂⠌⠀⠳⠂⠀⠧⠁⠛⠊⠁⠎⠻⠁⠀⠇⠩⠂⠛⠑⠁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⠗⠟⠼⠐⠆⠈⠞⠍⠴⠀⠅⠢⠄⠊⠄⠀⠟⠲⠁⠙⠦⠁⠀⠍⠮⠈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⠱⠷⠞⠊⠄⠈⠀⠛⠑⠂⠛⠷⠀⠉⠪⠇⠜⠈⠀⠸⠱⠥⠁⠛⠲⠁⠛⠬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⠓⠕⠆⠀⠓⠣⠓⠖⠆⠀⠋⠴⠵⠄⠐⠆⠙⠧⠃⠪⠂⠌⠀⠙⠀⠛⠲⠁⠝⠼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⠃⠥⠀⠌⠁⠀⠳⠂⠀⠧⠁⠛⠊⠁⠎⠻⠁⠀⠱⠒⠓⠬⠀⠛⠾⠂⠙⠡⠐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⠓⠻⠀⠬⠄⠀⠌⠢⠂⠙⠑⠂⠈⠀⠓⠳⠁⠱⠈⠀⠎⠕⠄⠵⠪⠺⠌⠀⠓⠢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⠌⠷⠁⠺⠂⠓⠻⠛⠡⠀⠳⠛⠻⠁⠐⠆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⠓⠢⠓⠣⠁⠀⠓⠣⠓⠊⠁⠇⠳⠂⠤⠀⠵⠪⠀⠵⠺⠀⠟⠦⠹⠀⠙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⠚⠥⠆⠍⠴⠀⠅⠶⠛⠫⠀⠌⠲⠐⠀⠡⠁⠒⠂⠀⠎⠕⠁⠓⠑⠄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⠠⠠⠠⠙⠀⠝⠀⠁⠀⠙⠀⠓⠣⠓⠊⠁⠀⠞⠲⠁⠛⠕⠀⠌⠻⠄⠇⠥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⠓⠡⠂⠟⠼⠀⠡⠁⠒⠂⠀⠎⠕⠁⠓⠑⠄⠀⠗⠀⠝⠀⠁⠀⠐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⠵⠪⠆⠠⠄⠀⠞⠲⠁⠛⠕⠀⠋⠧⠊⠆⠀⠓⠡⠂⠟⠼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⠙⠧⠃⠪⠂⠌⠐⠆⠌⠢⠛⠢⠀⠅⠶⠛⠫⠀⠓⠴⠄⠀⠌⠲⠜⠐⠀⠙⠧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⠈⠞⠀⠱⠀⠛⠩⠄⠓⠿⠆⠀⠍⠢⠓⠡⠂⠐⠀⠃⠥⠀⠙⠪⠃⠜⠄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⠓⠊⠃⠖⠁⠀⠝⠮⠆⠀⠎⠕⠄⠳⠀⠓⠣⠓⠊⠁⠀⠙⠷⠁⠀⠌⠁⠀⠧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⠌⠢⠀⠊⠞⠜⠀⠌⠂⠓⠩⠀⠇⠳⠂⠙⠲⠐⠆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⠎⠛⠢⠀⠛⠾⠂⠎⠢⠐⠀⠊⠞⠜⠀⠓⠣⠓⠊⠁⠀⠇⠩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⠃⠜⠄⠛⠢⠂⠀⠼⠉⠀⠅⠪⠁⠱⠄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⠙⠊⠀⠼⠂⠀⠓⠭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⠛⠾⠂⠎⠢⠤⠀⠡⠁⠒⠂⠀⠎⠕⠁⠓⠑⠄⠀⠠⠠⠠⠙⠀⠝⠀⠁⠠⠄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⠌⠥⠄⠜⠀⠛⠲⠁⠵⠕⠤⠀⠟⠦⠅⠊⠁⠀⠃⠖⠄⠉⠒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⠊⠂⠟⠻⠓⠣⠓⠊⠁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⠃⠩⠬⠂⠀⠇⠊⠄⠛⠑⠄⠀⠙⠀⠃⠊⠄⠬⠤⠀⠙⠦⠧⠱⠀⠇⠊⠄⠀⠙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⠯⠂⠱⠄⠀⠱⠕⠁⠍⠡⠱⠥⠁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⠙⠊⠀⠼⠆⠀⠓⠭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⠛⠾⠂⠎⠢⠤⠀⠡⠁⠒⠂⠀⠎⠕⠁⠓⠑⠄⠀⠠⠠⠠⠗⠀⠝⠀⠁⠠⠄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⠛⠬⠓⠢⠍⠮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⠌⠥⠄⠜⠀⠛⠲⠁⠵⠕⠤⠀⠩⠂⠀⠡⠁⠒⠂⠀⠎⠕⠁⠓⠑⠄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⠠⠠⠠⠙⠀⠝⠀⠁⠀⠓⠢⠟⠼⠀⠡⠁⠒⠂⠀⠎⠕⠁⠓⠑⠄⠀⠗⠀⠝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⠁⠠⠄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⠃⠩⠬⠂⠀⠇⠊⠄⠛⠑⠄⠀⠙⠀⠃⠊⠄⠬⠤⠀⠋⠥⠆⠵⠢⠂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⠟⠖⠁⠓⠑⠄⠀⠌⠄⠙⠡⠀⠌⠦⠁⠛⠑⠂⠀⠙⠀⠟⠖⠁⠓⠑⠄⠯⠂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⠙⠊⠀⠼⠒⠀⠓⠭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⠛⠾⠂⠎⠢⠤⠀⠡⠁⠒⠂⠀⠎⠕⠁⠓⠑⠄⠀⠍⠀⠠⠠⠠⠗⠀⠝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⠁⠠⠄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⠌⠥⠄⠜⠀⠛⠲⠁⠵⠕⠤⠀⠓⠑⠂⠙⠪⠀⠙⠧⠃⠪⠂⠌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⠃⠩⠁⠍⠔⠄⠀⠓⠣⠓⠊⠁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⠃⠩⠬⠂⠀⠇⠊⠄⠛⠑⠄⠀⠙⠀⠃⠊⠄⠬⠤⠀⠅⠢⠄⠊⠄⠀⠎⠲⠙⠖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⠛⠲⠁⠵⠕⠞⠪⠀⠙⠀⠇⠣⠂⠱⠂⠀⠋⠥⠆⠃⠴⠄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⠙⠊⠀⠼⠲⠀⠓⠭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⠛⠾⠂⠎⠢⠤⠀⠓⠢⠞⠦⠞⠊⠄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⠌⠥⠄⠜⠀⠛⠲⠁⠵⠕⠤⠀⠙⠥⠂⠅⠬⠄⠀⠡⠁⠒⠂⠀⠎⠕⠁⠓⠑⠄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⠍⠀⠠⠠⠠⠗⠀⠝⠀⠁⠠⠄⠀⠃⠡⠀⠇⠩⠂⠛⠑⠁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⠧⠁⠛⠊⠁⠎⠻⠁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⠃⠩⠬⠂⠀⠇⠊⠄⠛⠑⠄⠀⠙⠀⠃⠊⠄⠬⠤⠀⠧⠌⠖⠀⠋⠥⠆⠃⠴⠄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⠌⠶⠁⠏⠮⠆⠀⠟⠧⠄⠏⠣⠄⠀⠙⠀⠛⠲⠁⠵⠕⠞⠪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⠃⠜⠄⠛⠢⠂⠀⠼⠉⠀⠛⠑⠂⠱⠥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⠃⠊⠄⠬⠀⠃⠩⠁⠛⠑⠤⠀⠓⠊⠃⠖⠁⠀⠃⠥⠱⠀⠳⠚⠴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⠛⠻⠄⠇⠊⠄⠀⠙⠀⠛⠲⠁⠟⠦⠄⠐⠀⠋⠴⠵⠄⠀⠑⠀⠍⠮⠳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⠍⠥⠆⠙⠊⠀⠓⠕⠆⠀⠊⠆⠱⠂⠐⠆⠃⠊⠄⠬⠀⠌⠁⠀⠃⠦⠁⠌⠥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⠕⠍⠴⠀⠛⠊⠌⠥⠀⠱⠒⠓⠬⠰⠀⠌⠴⠁⠱⠂⠀⠛⠕⠟⠼⠀⠳⠂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⠋⠴⠵⠄⠀⠌⠁⠛⠩⠁⠀⠙⠀⠥⠇⠊⠄⠀⠓⠢⠀⠓⠿⠆⠓⠾⠂⠵⠕⠹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⠞⠺⠁⠙⠲⠐⠆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⠇⠡⠂⠞⠡⠁⠀⠓⠊⠃⠖⠁⠛⠲⠁⠟⠦⠄⠤⠀⠱⠼⠁⠣⠁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⠓⠭⠄⠓⠭⠀⠛⠜⠄⠃⠴⠄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⠓⠫⠍⠩⠆⠀⠱⠀⠊⠙⠻⠀⠅⠢⠄⠀⠌⠂⠛⠑⠁⠀⠇⠦⠄⠙⠥⠂⠀⠙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⠎⠧⠁⠋⠴⠌⠲⠁⠀⠛⠜⠄⠃⠴⠄⠐⠆⠋⠦⠅⠕⠓⠖⠆⠀⠇⠊⠄⠀⠙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⠝⠮⠆⠚⠲⠀⠱⠀⠱⠼⠁⠣⠁⠀⠞⠊⠱⠰⠀⠍⠮⠳⠀⠣⠁⠓⠜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⠱⠂⠐⠀⠇⠦⠄⠙⠥⠂⠀⠞⠊⠱⠀⠉⠀⠃⠴⠄⠱⠴⠁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⠛⠊⠂⠅⠢⠄⠐⠆⠌⠲⠙⠩⠄⠀⠃⠥⠱⠀⠃⠜⠄⠩⠄⠀⠙⠢⠂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⠙⠕⠁⠀⠃⠊⠁⠌⠴⠁⠐⠀⠗⠱⠀⠛⠊⠌⠥⠀⠱⠛⠩⠀⠋⠔⠱⠼⠁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⠙⠀⠱⠒⠓⠬⠐⠆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⠙⠊⠊⠍⠥⠆⠤⠀⠌⠖⠄⠙⠖⠀⠜⠙⠥⠂⠀⠙⠀⠛⠊⠁⠣⠁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⠰⠆⠊⠉⠆⠀⠙⠻⠄⠇⠡⠂⠰⠆⠀⠓⠊⠃⠖⠁⠀⠇⠊⠄⠀⠃⠖⠄⠉⠒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⠌⠢⠀⠊⠋⠴⠆⠀⠓⠴⠄⠟⠦⠀⠙⠀⠡⠁⠒⠂⠀⠎⠕⠁⠓⠑⠄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⠠⠠⠠⠙⠀⠝⠀⠁⠀⠓⠣⠓⠊⠁⠐⠆⠓⠩⠵⠪⠐⠀⠞⠜⠅⠲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⠋⠴⠵⠄⠀⠵⠪⠀⠌⠲⠙⠕⠁⠀⠓⠬⠇⠑⠀⠌⠲⠀⠌⠖⠄⠙⠖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⠊⠛⠢⠀⠓⠢⠱⠀⠙⠀⠅⠊⠄⠙⠲⠵⠄⠐⠆⠡⠁⠒⠂⠀⠎⠕⠁⠓⠑⠄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⠗⠀⠝⠀⠁⠠⠄⠀⠛⠬⠓⠢⠍⠮⠀⠵⠪⠀⠌⠢⠇⠊⠄⠀⠛⠑⠂⠓⠢⠐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⠌⠒⠄⠃⠮⠀⠅⠪⠁⠱⠄⠀⠌⠻⠄⠇⠥⠐⠆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⠌⠒⠄⠅⠾⠆⠀⠱⠕⠁⠋⠔⠄⠤⠀⠅⠊⠄⠙⠲⠵⠄⠀⠃⠦⠁⠌⠥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⠌⠖⠁⠍⠥⠆⠀⠌⠻⠄⠇⠥⠀⠎⠕⠄⠀⠓⠬⠁⠀⠙⠀⠋⠴⠵⠄⠐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⠙⠧⠀⠛⠊⠁⠣⠁⠀⠱⠋⠷⠄⠀⠃⠜⠄⠙⠔⠂⠐⠀⠓⠻⠀⠅⠢⠄⠝⠼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⠱⠷⠙⠖⠀⠵⠼⠁⠅⠭⠵⠄⠈⠀⠊⠆⠌⠀⠣⠁⠵⠄⠈⠀⠚⠧⠄⠎⠢⠌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⠌⠶⠞⠪⠆⠀⠓⠢⠀⠓⠻⠛⠡⠀⠓⠣⠓⠖⠆⠀⠙⠼⠄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⠡⠄⠓⠭⠄⠐⠆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⠙⠊⠗⠆⠍⠥⠆⠤⠀⠌⠻⠄⠇⠥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⠰⠆⠓⠻⠄⠍⠧⠆⠀⠗⠀⠇⠩⠂⠓⠬⠀⠙⠀⠅⠡⠁⠅⠜⠁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⠱⠼⠁⠰⠆⠀⠡⠁⠒⠂⠀⠎⠕⠁⠓⠑⠄⠀⠠⠠⠠⠗⠀⠝⠀⠁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⠛⠬⠓⠢⠍⠮⠀⠩⠂⠌⠢⠀⠡⠁⠒⠂⠀⠎⠕⠁⠓⠑⠄⠀⠙⠀⠝⠀⠁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⠍⠥⠃⠧⠄⠀⠅⠩⠛⠣⠐⠀⠛⠴⠁⠛⠬⠀⠛⠩⠄⠛⠊⠁⠏⠮⠆⠙⠺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⠛⠺⠁⠵⠢⠂⠀⠓⠢⠟⠼⠀⠡⠁⠒⠂⠀⠎⠕⠁⠓⠑⠄⠀⠗⠀⠝⠀⠁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⠐⠆⠯⠂⠱⠄⠀⠡⠁⠒⠂⠀⠎⠕⠁⠓⠑⠄⠀⠙⠀⠝⠀⠁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⠃⠖⠄⠇⠳⠂⠀⠵⠪⠀⠯⠂⠟⠥⠄⠐⠀⠓⠣⠁⠀⠓⠡⠂⠟⠼⠀⠙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⠡⠁⠒⠂⠀⠎⠕⠁⠓⠑⠄⠀⠗⠀⠝⠀⠁⠠⠄⠀⠱⠀⠊⠋⠴⠆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⠛⠲⠁⠵⠕⠀⠋⠥⠆⠃⠴⠄⠐⠆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⠛⠊⠊⠆⠀⠙⠩⠄⠤⠀⠌⠻⠄⠇⠥⠀⠃⠥⠱⠀⠃⠔⠄⠀⠡⠁⠒⠂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⠎⠕⠁⠓⠑⠄⠀⠠⠠⠠⠙⠀⠝⠀⠁⠀⠃⠧⠁⠵⠷⠄⠐⠀⠗⠱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⠛⠴⠁⠛⠬⠀⠡⠁⠒⠂⠀⠎⠕⠁⠓⠑⠄⠀⠙⠀⠝⠀⠁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⠍⠥⠃⠧⠄⠓⠢⠟⠼⠀⠡⠁⠒⠂⠀⠎⠕⠁⠓⠑⠄⠀⠗⠀⠝⠀⠁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⠐⠆⠠⠄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⠙⠊⠎⠧⠁⠍⠥⠆⠤⠀⠋⠧⠊⠆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⠰⠆⠛⠑⠂⠵⠷⠀⠃⠩⠟⠼⠀⠎⠧⠁⠛⠢⠀⠊⠵⠥⠄⠤⠀⠙⠔⠁⠈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⠙⠔⠁⠈⠀⠙⠔⠁⠰⠆⠀⠓⠢⠞⠦⠞⠊⠄⠀⠩⠂⠌⠢⠀⠡⠁⠒⠂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⠎⠕⠁⠓⠑⠄⠀⠍⠀⠠⠠⠠⠗⠀⠝⠀⠁⠀⠙⠥⠂⠅⠬⠄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⠓⠣⠓⠊⠁⠐⠆⠎⠧⠁⠛⠢⠀⠛⠩⠄⠛⠊⠁⠵⠥⠄⠟⠼⠀⠊⠛⠢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⠍⠊⠆⠍⠔⠄⠵⠄⠰⠀⠌⠻⠄⠸⠀⠡⠁⠒⠂⠀⠎⠕⠁⠓⠑⠄⠀⠗⠀⠝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⠁⠠⠄⠀⠃⠔⠄⠀⠓⠭⠁⠡⠀⠧⠁⠛⠊⠁⠎⠻⠁⠀⠙⠪⠇⠪⠂⠐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⠧⠁⠛⠊⠁⠎⠻⠁⠀⠌⠥⠂⠛⠢⠀⠇⠩⠂⠛⠑⠁⠟⠼⠀⠇⠩⠐⠆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⠛⠊⠊⠆⠀⠙⠩⠄⠤⠀⠋⠧⠊⠆⠀⠃⠥⠱⠀⠵⠪⠀⠚⠴⠇⠮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⠬⠄⠩⠂⠀⠌⠁⠛⠩⠁⠀⠌⠻⠄⠓⠻⠆⠐⠀⠗⠱⠀⠃⠔⠄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⠓⠢⠎⠻⠁⠀⠌⠲⠀⠙⠀⠃⠩⠁⠍⠔⠄⠀⠓⠣⠓⠊⠁⠀⠌⠻⠄⠃⠩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⠺⠂⠀⠧⠁⠛⠊⠁⠎⠻⠁⠀⠓⠬⠇⠑⠐⠆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⠙⠊⠎⠀⠍⠥⠆⠤⠀⠌⠢⠂⠙⠑⠂⠀⠬⠄⠀⠛⠲⠁⠵⠕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⠰⠆⠛⠑⠂⠵⠷⠀⠞⠡⠙⠒⠐⠀⠵⠪⠆⠀⠓⠭⠄⠅⠊⠄⠀⠊⠉⠆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⠓⠢⠓⠩⠂⠰⠆⠀⠓⠣⠁⠀⠓⠡⠂⠟⠼⠀⠙⠀⠧⠁⠛⠊⠁⠎⠻⠁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⠇⠩⠀⠓⠬⠁⠜⠀⠌⠢⠂⠙⠑⠂⠐⠀⠳⠱⠂⠀⠓⠻⠜⠀⠛⠡⠁⠛⠕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⠓⠿⠆⠓⠾⠂⠓⠳⠁⠱⠀⠓⠕⠆⠀⠃⠮⠀⠎⠲⠙⠖⠀⠞⠢⠆⠙⠡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⠺⠌⠐⠀⠉⠪⠀⠓⠺⠆⠀⠟⠼⠺⠂⠀⠝⠼⠀⠛⠲⠁⠵⠕⠀⠙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⠙⠧⠃⠪⠂⠌⠐⠆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⠓⠺⠓⠭⠄⠀⠱⠒⠓⠬⠤⠀⠌⠖⠄⠙⠖⠀⠅⠊⠄⠙⠩⠄⠀⠤⠈⠜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⠌⠻⠄⠇⠥⠀⠓⠡⠂⠟⠼⠀⠡⠁⠒⠂⠀⠎⠕⠁⠓⠑⠄⠀⠠⠠⠠⠗⠀⠝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⠁⠠⠄⠀⠤⠈⠜⠀⠓⠢⠞⠦⠞⠊⠄⠀⠋⠧⠊⠆⠀⠤⠈⠜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⠙⠧⠃⠪⠂⠌⠀⠌⠢⠂⠙⠑⠂⠀⠃⠡⠀⠌⠂⠓⠡⠂⠀⠛⠲⠁⠝⠼⠐⠆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⠞⠡⠁⠓⠷⠆⠀⠒⠆⠞⠊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⠝⠔⠀⠊⠌⠲⠀⠋⠴⠵⠄⠀⠋⠥⠆⠵⠢⠂⠀⠟⠦⠅⠊⠁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⠃⠖⠄⠉⠒⠓⠣⠓⠊⠁⠐⠄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⠺⠱⠂⠍⠀⠡⠁⠒⠂⠀⠎⠕⠁⠓⠑⠄⠀⠍⠀⠠⠠⠠⠗⠀⠝⠀⠁⠠⠄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⠛⠼⠁⠀⠓⠭⠀⠛⠲⠁⠵⠕⠀⠋⠥⠆⠃⠴⠄⠐⠀⠗⠀⠃⠥⠱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⠯⠂⠱⠄⠀⠙⠦⠧⠐⠄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⠓⠢⠞⠦⠞⠊⠄⠀⠌⠂⠛⠑⠁⠀⠙⠥⠂⠅⠬⠄⠀⠙⠀⠱⠀⠡⠁⠒⠂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⠎⠕⠁⠓⠑⠄⠀⠠⠠⠠⠙⠀⠝⠀⠁⠠⠄⠀⠓⠪⠱⠀⠡⠁⠒⠂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⠎⠕⠁⠓⠑⠄⠀⠍⠀⠠⠠⠠⠗⠀⠝⠀⠁⠀⠐⠄⠠⠄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⠛⠊⠁⠣⠁⠓⠺⠇⠥⠤⠀⠚⠦⠆⠀⠓⠊⠃⠖⠁⠀⠛⠑⠁⠱⠷⠁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⠓⠣⠓⠖⠆⠀⠃⠡⠀⠵⠕⠟⠥⠁⠀⠓⠭⠄⠡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⠱⠴⠂⠍⠀⠱⠀⠛⠊⠁⠣⠁⠓⠺⠇⠥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⠛⠊⠁⠣⠁⠓⠺⠇⠥⠀⠱⠀⠳⠂⠀⠡⠁⠒⠂⠀⠎⠕⠁⠓⠑⠄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⠠⠠⠠⠙⠀⠝⠀⠁⠀⠞⠜⠅⠲⠀⠯⠂⠛⠩⠈⠀⠛⠊⠁⠣⠁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⠊⠄⠛⠊⠂⠀⠈⠞⠍⠴⠀⠟⠧⠄⠱⠼⠁⠀⠙⠀⠡⠁⠒⠂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⠎⠕⠁⠓⠑⠄⠀⠗⠀⠝⠀⠁⠠⠄⠀⠓⠕⠆⠀⠙⠧⠃⠪⠂⠌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⠵⠥⠄⠟⠼⠀⠙⠀⠛⠲⠁⠝⠼⠀⠶⠄⠇⠕⠐⠆⠩⠂⠛⠳⠁⠌⠢⠄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⠅⠢⠄⠊⠄⠀⠱⠢⠛⠊⠀⠌⠢⠓⠑⠁⠀⠯⠂⠛⠩⠀⠌⠁⠛⠩⠁⠀⠙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⠛⠻⠁⠓⠊⠐⠀⠱⠄⠀⠓⠊⠞⠲⠄⠀⠵⠪⠀⠬⠙⠖⠀⠞⠢⠆⠙⠡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⠱⠥⠁⠚⠥⠆⠀⠱⠂⠀⠟⠧⠄⠱⠼⠁⠀⠅⠢⠄⠀⠛⠻⠁⠟⠔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⠱⠥⠁⠟⠥⠁⠐⠆⠈⠞⠀⠬⠄⠀⠙⠩⠵⠄⠙⠩⠇⠥⠀⠳⠀⠓⠭⠁⠎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⠙⠀⠇⠕⠂⠛⠊⠂⠐⠀⠙⠧⠀⠱⠼⠁⠥⠀⠓⠊⠞⠲⠄⠀⠓⠺⠆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⠱⠷⠙⠖⠀⠱⠼⠁⠌⠦⠄⠀⠌⠶⠞⠪⠆⠈⠀⠒⠁⠙⠥⠈⠀⠵⠁⠯⠂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⠛⠡⠌⠼⠁⠀⠓⠢⠀⠎⠺⠂⠛⠊⠁⠀⠃⠢⠁⠙⠲⠀⠡⠄⠓⠭⠄⠐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⠣⠁⠉⠄⠀⠞⠲⠁⠟⠦⠀⠍⠮⠳⠀⠙⠩⠵⠄⠙⠩⠇⠥⠀⠝⠔⠍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⠒⠄⠙⠡⠐⠆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⠎⠀⠍⠢⠅⠽⠀⠍⠢⠓⠡⠂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⠃⠜⠄⠛⠢⠂⠀⠼⠙⠀⠅⠪⠁⠱⠄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⠙⠊⠀⠼⠂⠀⠓⠭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⠍⠢⠅⠽⠤⠀⠱⠥⠁⠚⠥⠆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⠜⠀⠓⠺⠙⠔⠂⠀⠙⠀⠒⠆⠞⠊⠤⠀⠽⠛⠑⠀⠟⠥⠁⠓⠩⠀⠇⠢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⠱⠴⠂⠍⠀⠃⠩⠓⠿⠆⠐⠄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⠱⠇⠊⠤⠀⠍⠷⠄⠌⠲⠀⠓⠜⠄⠀⠋⠴⠵⠄⠈⠀⠒⠁⠙⠥⠈⠀⠛⠶⠁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⠓⠕⠆⠀⠍⠥⠆⠃⠜⠁⠀⠓⠢⠎⠻⠁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⠙⠊⠀⠼⠆⠀⠓⠭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⠍⠢⠅⠽⠤⠀⠟⠻⠛⠧⠄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⠜⠀⠓⠺⠙⠔⠂⠀⠙⠀⠒⠆⠞⠊⠤⠀⠓⠊⠞⠲⠄⠀⠵⠴⠄⠭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⠋⠔⠓⠩⠀⠌⠢⠛⠢⠀⠱⠥⠁⠚⠥⠆⠐⠄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⠱⠇⠊⠤⠀⠱⠷⠞⠊⠄⠈⠀⠞⠜⠅⠲⠀⠙⠧⠃⠪⠂⠀⠓⠕⠆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⠓⠬⠇⠑⠀⠱⠂⠃⠑⠂⠀⠋⠴⠵⠄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⠙⠊⠀⠼⠒⠀⠓⠭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⠍⠢⠅⠽⠤⠀⠅⠲⠌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⠜⠀⠓⠺⠙⠔⠂⠀⠙⠀⠒⠆⠞⠊⠤⠀⠋⠔⠓⠩⠀⠱⠥⠁⠚⠥⠆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⠓⠷⠆⠀⠵⠴⠄⠭⠀⠛⠾⠂⠙⠡⠀⠱⠋⠷⠄⠀⠓⠭⠄⠡⠐⠄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⠱⠇⠊⠤⠀⠅⠊⠄⠙⠲⠵⠄⠈⠀⠊⠆⠌⠀⠙⠧⠃⠪⠂⠈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⠛⠊⠁⠓⠕⠙⠧⠃⠪⠂⠀⠓⠢⠀⠇⠕⠂⠛⠊⠂⠀⠵⠥⠄⠓⠢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⠙⠊⠀⠼⠲⠀⠓⠭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⠍⠢⠅⠽⠤⠀⠱⠥⠁⠟⠥⠁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⠜⠀⠓⠺⠙⠔⠂⠀⠙⠀⠒⠆⠞⠊⠤⠀⠵⠺⠌⠲⠁⠀⠟⠧⠄⠱⠼⠁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⠱⠴⠂⠍⠀⠅⠢⠄⠉⠢⠆⠀⠛⠑⠂⠛⠕⠄⠐⠄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⠱⠇⠊⠤⠀⠩⠂⠎⠢⠈⠀⠡⠂⠛⠶⠁⠈⠀⠍⠮⠀⠓⠕⠓⠡⠈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⠅⠊⠆⠺⠀⠋⠴⠵⠄⠀⠓⠕⠆⠀⠌⠇⠜⠂⠀⠋⠴⠵⠄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⠃⠜⠄⠛⠢⠂⠀⠼⠙⠀⠛⠑⠂⠱⠥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⠇⠭⠄⠛⠢⠀⠚⠥⠆⠍⠴⠀⠇⠕⠂⠛⠊⠂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⠋⠮⠀⠇⠕⠂⠛⠊⠂⠤⠀⠍⠮⠳⠀⠱⠥⠁⠚⠥⠆⠀⠱⠂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⠟⠧⠄⠱⠼⠁⠀⠱⠥⠁⠟⠥⠁⠰⠀⠱⠥⠁⠚⠥⠆⠀⠟⠥⠁⠓⠩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⠓⠷⠆⠐⠀⠱⠥⠁⠟⠥⠁⠀⠃⠮⠀⠊⠆⠌⠐⠆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⠬⠄⠀⠇⠕⠂⠛⠊⠂⠤⠀⠌⠄⠳⠀⠱⠥⠁⠚⠥⠆⠀⠠⠁⠀⠓⠢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⠱⠥⠁⠚⠥⠆⠀⠠⠃⠀⠞⠲⠱⠂⠀⠟⠥⠁⠓⠩⠀⠱⠂⠐⠀⠓⠊⠞⠲⠄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⠉⠪⠀⠟⠧⠄⠱⠼⠁⠀⠱⠥⠁⠟⠥⠁⠐⠆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⠓⠩⠱⠂⠀⠌⠲⠀⠙⠀⠛⠊⠁⠣⠁⠓⠺⠇⠥⠀⠓⠻⠓⠺⠆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⠟⠥⠁⠓⠩⠀⠩⠂⠟⠈⠀⠓⠑⠇⠷⠀⠃⠜⠄⠙⠔⠂⠈⠀⠵⠖⠱⠼⠁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⠓⠢⠀⠓⠊⠃⠖⠁⠀⠛⠩⠀⠟⠔⠁⠊⠆⠐⠀⠎⠕⠄⠊⠄⠀⠳⠀⠬⠄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⠥⠂⠀⠟⠦⠟⠦⠀⠛⠼⠁⠀⠛⠑⠁⠛⠣⠀⠃⠥⠞⠲⠀⠟⠼⠙⠥⠐⠀⠗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⠃⠥⠱⠀⠛⠾⠂⠙⠺⠀⠙⠀⠇⠡⠂⠀⠓⠢⠀⠊⠐⠆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⠥⠂⠓⠬⠁⠀⠅⠊⠆⠉⠪⠀⠙⠀⠓⠬⠁⠝⠊⠄⠀⠏⠣⠁⠀⠙⠔⠁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⠓⠩⠁⠙⠡⠀⠚⠴⠆⠥⠐⠆⠇⠊⠚⠥⠤⠀⠙⠦⠁⠀⠛⠩⠄⠉⠢⠆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⠙⠖⠀⠍⠷⠄⠌⠲⠀⠃⠡⠙⠥⠂⠀⠓⠢⠎⠻⠁⠀⠱⠂⠐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⠛⠮⠄⠟⠥⠁⠀⠅⠢⠄⠀⠙⠥⠂⠓⠣⠓⠖⠆⠐⠆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⠓⠯⠄⠵⠢⠂⠀⠱⠥⠁⠚⠥⠆⠐⠆⠱⠥⠁⠚⠥⠆⠀⠃⠊⠓⠬⠁⠀⠬⠄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⠍⠥⠆⠃⠜⠁⠀⠳⠀⠍⠡⠅⠾⠆⠀⠛⠻⠁⠓⠊⠐⠀⠇⠊⠚⠥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⠍⠥⠆⠃⠜⠁⠀⠓⠬⠇⠑⠀⠓⠕⠆⠀⠬⠄⠀⠛⠧⠄⠚⠧⠄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⠓⠭⠁⠛⠻⠁⠀⠙⠀⠋⠴⠵⠄⠐⠆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⠓⠯⠄⠵⠢⠂⠀⠟⠻⠛⠧⠄⠀⠋⠦⠱⠐⠆⠓⠊⠞⠲⠄⠀⠓⠬⠁⠜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⠝⠼⠛⠷⠀⠅⠬⠁⠋⠴⠀⠍⠥⠆⠃⠜⠁⠀⠬⠄⠀⠓⠭⠁⠎⠀⠙⠀⠋⠮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⠍⠥⠆⠃⠜⠁⠐⠆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⠱⠢⠛⠊⠀⠱⠥⠁⠟⠥⠁⠐⠆⠱⠥⠁⠟⠥⠁⠀⠡⠁⠀⠃⠩⠬⠂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⠉⠢⠆⠇⠭⠂⠐⠀⠇⠊⠚⠥⠀⠩⠂⠎⠢⠈⠀⠡⠂⠛⠶⠁⠀⠓⠕⠆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⠙⠩⠓⠣⠓⠖⠆⠐⠆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⠛⠫⠚⠥⠆⠀⠙⠺⠌⠖⠐⠆⠭⠂⠓⠡⠀⠙⠺⠌⠖⠀⠅⠾⠆⠚⠴⠆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⠓⠊⠞⠲⠄⠀⠝⠼⠀⠛⠲⠁⠵⠕⠰⠀⠣⠁⠓⠡⠀⠙⠺⠌⠖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⠃⠦⠁⠌⠥⠀⠏⠧⠆⠙⠻⠀⠃⠮⠛⠡⠄⠀⠓⠣⠓⠖⠆⠀⠓⠢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⠥⠁⠚⠧⠄⠐⠆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⠌⠲⠜⠤⠀⠌⠢⠇⠊⠄⠀⠙⠀⠏⠣⠁⠀⠙⠔⠁⠀⠱⠀⠛⠪⠝⠩⠆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⠇⠩⠓⠊⠂⠐⠀⠃⠥⠱⠀⠱⠂⠩⠀⠃⠥⠌⠷⠐⠆⠚⠴⠆⠓⠢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⠌⠴⠁⠱⠂⠀⠛⠷⠛⠩⠈⠀⠏⠮⠭⠄⠀⠓⠕⠆⠀⠛⠩⠄⠉⠢⠆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⠙⠷⠁⠀⠃⠊⠓⠬⠁⠀⠵⠪⠀⠓⠢⠛⠢⠂⠀⠟⠦⠄⠎⠕⠄⠐⠀⠳⠂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⠱⠷⠓⠸⠀⠚⠴⠯⠂⠀⠧⠀⠱⠴⠄⠏⠊⠁⠀⠓⠢⠀⠧⠁⠅⠯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⠛⠺⠁⠋⠧⠆⠀⠻⠂⠟⠼⠐⠆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⠉⠲⠀⠓⠭⠄⠋⠔⠄⠀⠙⠖⠀⠛⠑⠂⠛⠕⠄⠤⠀⠱⠢⠛⠊⠈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⠛⠷⠛⠩⠈⠀⠉⠢⠆⠱⠈⠀⠓⠾⠂⠓⠊⠂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⠛⠲⠁⠟⠼⠀⠱⠼⠁⠥⠓⠾⠂⠀⠟⠦⠀⠱⠄⠹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⠱⠢⠛⠊⠤⠛⠷⠛⠩⠤⠉⠢⠆⠱⠤⠓⠾⠂⠓⠊⠂⠀⠓⠸⠂⠓⠻⠐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⠡⠁⠒⠂⠀⠎⠕⠁⠓⠑⠄⠀⠱⠀⠡⠁⠒⠂⠀⠎⠕⠁⠓⠑⠄⠀⠠⠠⠠⠙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⠃⠀⠞⠀⠇⠀⠐⠆⠈⠞⠠⠄⠀⠃⠥⠱⠀⠊⠉⠆⠀⠻⠂⠟⠼⠀⠙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⠌⠂⠓⠩⠀⠇⠳⠂⠟⠼⠐⠀⠗⠱⠀⠊⠇⠒⠂⠀⠳⠆⠀⠊⠇⠒⠂⠀⠙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⠛⠪⠄⠛⠣⠀⠛⠕⠟⠼⠐⠆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⠱⠢⠛⠊⠐⠆⠍⠡⠅⠾⠆⠀⠍⠥⠆⠃⠜⠁⠈⠀⠱⠥⠁⠚⠥⠆⠈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⠱⠥⠁⠟⠥⠁⠈⠀⠓⠩⠌⠀⠞⠜⠛⠩⠀⠓⠢⠀⠏⠧⠆⠙⠻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⠟⠼⠛⠲⠁⠀⠙⠀⠃⠜⠁⠌⠒⠄⠐⠆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⠛⠷⠛⠩⠐⠆⠵⠪⠀⠓⠢⠱⠀⠙⠀⠌⠻⠁⠑⠆⠀⠓⠻⠛⠡⠀⠌⠲⠐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⠃⠔⠄⠀⠱⠢⠛⠊⠀⠌⠻⠄⠓⠿⠆⠀⠺⠂⠀⠱⠼⠁⠥⠀⠯⠂⠛⠩⠈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⠥⠂⠀⠓⠊⠃⠖⠁⠀⠋⠧⠄⠡⠀⠞⠊⠄⠓⠊⠀⠓⠕⠆⠀⠛⠡⠁⠛⠕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⠛⠪⠄⠵⠖⠀⠙⠀⠓⠊⠃⠖⠁⠀⠓⠊⠞⠲⠄⠐⠆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⠉⠢⠆⠱⠐⠆⠉⠢⠆⠇⠭⠂⠀⠓⠊⠞⠲⠄⠀⠱⠋⠷⠄⠀⠧⠀⠬⠅⠊⠁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⠛⠲⠁⠵⠕⠐⠀⠞⠲⠱⠂⠀⠛⠊⠇⠥⠀⠟⠲⠋⠥⠆⠓⠡⠈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⠃⠮⠛⠡⠄⠀⠓⠣⠓⠖⠆⠀⠓⠢⠀⠋⠥⠆⠵⠕⠹⠐⠆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⠓⠾⠂⠓⠊⠂⠐⠆⠛⠑⠄⠱⠀⠛⠑⠂⠛⠕⠄⠀⠬⠄⠀⠬⠅⠊⠁⠀⠙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⠟⠔⠁⠊⠆⠐⠀⠃⠔⠄⠀⠓⠣⠁⠀⠌⠼⠛⠬⠀⠙⠪⠓⠺⠀⠓⠫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⠊⠇⠒⠂⠀⠱⠢⠛⠊⠐⠆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⠺⠱⠂⠍⠀⠉⠢⠆⠱⠀⠱⠁⠃⠪⠀⠑⠀⠳⠀⠛⠫⠌⠂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⠵⠪⠀⠅⠢⠁⠓⠾⠂⠩⠂⠛⠳⠁⠀⠌⠲⠐⠀⠺⠀⠙⠔⠂⠙⠖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⠬⠅⠊⠁⠀⠃⠥⠀⠙⠼⠄⠬⠂⠀⠍⠮⠳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⠱⠷⠁⠓⠕⠆⠐⠆⠚⠥⠛⠕⠄⠀⠓⠊⠞⠲⠄⠀⠍⠮⠳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⠱⠥⠁⠟⠥⠁⠐⠀⠅⠢⠄⠝⠼⠀⠱⠕⠁⠍⠡⠀⠟⠻⠛⠧⠄⠅⠊⠆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⠃⠥⠇⠡⠂⠍⠣⠄⠈⠀⠅⠲⠌⠯⠂⠛⠩⠀⠃⠥⠀⠏⠊⠄⠏⠮⠆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⠓⠕⠆⠀⠓⠊⠃⠖⠁⠀⠵⠁⠯⠂⠀⠃⠥⠵⠥⠂⠰⠀⠚⠥⠛⠕⠄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⠍⠮⠳⠀⠱⠥⠁⠚⠥⠆⠀⠅⠾⠆⠀⠟⠥⠁⠓⠩⠀⠱⠥⠁⠟⠥⠁⠐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⠅⠢⠄⠝⠼⠀⠉⠒⠵⠪⠀⠓⠑⠇⠷⠀⠃⠜⠄⠙⠔⠂⠀⠓⠕⠆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⠋⠮⠞⠢⠆⠊⠆⠀⠋⠧⠄⠡⠐⠆⠌⠄⠜⠀⠛⠊⠇⠥⠀⠻⠂⠌⠼⠄⠐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⠌⠢⠓⠑⠁⠀⠓⠩⠓⠭⠀⠙⠷⠁⠀⠝⠼⠀⠃⠦⠁⠌⠥⠀⠓⠫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⠊⠇⠒⠂⠀⠛⠪⠄⠛⠣⠐⠆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⠏⠧⠆⠙⠻⠀⠊⠉⠆⠀⠉⠢⠆⠱⠀⠱⠋⠷⠄⠀⠅⠢⠄⠅⠖⠤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⠌⠱⠖⠄⠀⠜⠀⠒⠆⠀⠎⠛⠩⠀⠱⠤⠀⠳⠍⠮⠳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⠙⠺⠌⠖⠐⠄⠳⠍⠮⠳⠀⠟⠲⠋⠥⠆⠐⠄⠉⠢⠆⠇⠭⠂⠋⠦⠋⠔⠄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⠱⠋⠷⠄⠀⠓⠢⠱⠐⠄⠛⠑⠂⠇⠒⠀⠱⠋⠷⠄⠀⠟⠖⠁⠛⠕⠀⠇⠢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⠱⠥⠛⠬⠀⠝⠼⠛⠷⠀⠌⠁⠟⠀⠙⠀⠋⠧⠆⠺⠂⠐⠄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⠊⠛⠢⠀⠛⠪⠝⠩⠆⠀⠧⠇⠊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⠍⠥⠆⠃⠜⠁⠀⠱⠀⠱⠢⠛⠊⠀⠊⠛⠢⠀⠬⠙⠖⠀⠍⠥⠆⠃⠜⠁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⠋⠴⠵⠄⠀⠓⠷⠆⠀⠟⠧⠄⠱⠼⠁⠀⠩⠂⠎⠢⠀⠙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⠓⠊⠞⠲⠄⠐⠆⠙⠊⠊⠇⠒⠂⠀⠉⠢⠆⠱⠀⠋⠔⠓⠩⠐⠀⠥⠂⠇⠒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⠳⠍⠮⠳⠀⠍⠥⠆⠃⠜⠁⠀⠙⠷⠁⠀⠟⠥⠁⠓⠩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⠅⠩⠄⠎⠢⠐⠆⠩⠂⠛⠳⠁⠌⠢⠄⠀⠃⠥⠓⠺⠆⠀⠌⠂⠛⠑⠁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⠓⠯⠁⠃⠥⠀⠟⠼⠛⠲⠁⠐⠀⠗⠓⠺⠆⠀⠛⠩⠄⠌⠔⠁⠀⠃⠮⠛⠡⠄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⠋⠧⠄⠡⠈⠀⠟⠲⠓⠣⠁⠀⠏⠡⠛⠥⠁⠀⠟⠻⠛⠧⠄⠀⠯⠂⠛⠩⠐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⠃⠡⠀⠱⠢⠙⠡⠀⠛⠼⠁⠀⠅⠡⠁⠓⠊⠁⠀⠙⠀⠏⠧⠆⠙⠡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⠬⠌⠂⠐⠆⠓⠫⠀⠊⠇⠒⠂⠀⠚⠕⠆⠀⠣⠁⠓⠡⠀⠙⠺⠌⠖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⠃⠖⠄⠟⠀⠥⠂⠎⠢⠈⠀⠭⠂⠓⠡⠀⠙⠺⠌⠖⠀⠒⠄⠙⠡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⠓⠩⠄⠎⠢⠐⠀⠅⠑⠄⠀⠭⠃⠴⠄⠀⠛⠑⠂⠛⠕⠄⠀⠅⠢⠄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⠟⠲⠋⠥⠆⠐⠀⠌⠼⠛⠬⠀⠉⠪⠀⠛⠼⠁⠀⠳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⠱⠕⠁⠋⠥⠂⠇⠊⠐⠆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⠓⠊⠃⠖⠁⠛⠲⠁⠟⠦⠄⠀⠬⠄⠀⠺⠁⠱⠼⠁⠥⠀⠟⠧⠄⠥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⠺⠱⠂⠍⠀⠃⠔⠄⠀⠓⠊⠃⠖⠁⠀⠃⠊⠄⠵⠕⠀⠛⠲⠁⠟⠦⠄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⠓⠊⠃⠖⠁⠀⠝⠼⠛⠷⠀⠓⠊⠁⠱⠷⠁⠀⠯⠂⠇⠜⠐⠀⠞⠲⠁⠛⠕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⠊⠓⠊⠇⠑⠀⠍⠮⠀⠉⠥⠆⠀⠋⠧⠄⠡⠀⠓⠢⠟⠼⠀⠓⠣⠁⠀⠙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⠋⠴⠵⠄⠐⠆⠩⠂⠛⠳⠁⠌⠢⠄⠀⠅⠢⠄⠊⠄⠀⠞⠜⠛⠑⠂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⠙⠪⠓⠑⠀⠞⠥⠛⠡⠐⠀⠚⠦⠆⠀⠛⠼⠁⠀⠙⠕⠁⠀⠯⠂⠇⠜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⠇⠳⠂⠓⠭⠀⠍⠥⠆⠃⠜⠁⠀⠟⠧⠄⠥⠐⠀⠣⠁⠉⠄⠀⠟⠦⠀⠃⠔⠄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⠺⠁⠱⠼⠁⠥⠀⠟⠼⠁⠺⠂⠀⠓⠊⠃⠖⠁⠛⠲⠁⠟⠦⠄⠐⠆⠌⠢⠛⠢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⠃⠊⠄⠬⠀⠅⠭⠙⠜⠀⠱⠥⠁⠚⠥⠆⠈⠀⠛⠫⠛⠲⠁⠀⠓⠢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⠱⠥⠁⠟⠥⠁⠐⠀⠙⠧⠀⠌⠴⠁⠱⠂⠀⠓⠊⠃⠖⠁⠀⠓⠻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⠃⠊⠓⠬⠁⠀⠺⠂⠟⠀⠵⠆⠱⠴⠁⠀⠱⠼⠁⠌⠦⠄⠈⠀⠓⠳⠁⠋⠥⠆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⠓⠢⠀⠝⠼⠇⠭⠀⠏⠡⠓⠼⠐⠆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⠕⠍⠴⠀⠱⠥⠂⠓⠊⠁⠀⠙⠀⠟⠧⠄⠥⠀⠉⠲⠀⠝⠔⠄⠇⠊⠄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⠇⠪⠂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⠍⠩⠆⠃⠖⠁⠈⠀⠎⠻⠁⠝⠪⠄⠈⠀⠛⠭⠳⠂⠀⠓⠢⠀⠉⠥⠆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⠙⠼⠄⠀⠱⠂⠏⠣⠄⠀⠊⠇⠪⠀⠺⠁⠱⠼⠁⠥⠀⠙⠀⠞⠩⠁⠚⠧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⠙⠪⠓⠑⠀⠬⠄⠀⠟⠻⠞⠲⠄⠀⠋⠔⠛⠜⠐⠆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⠊⠓⠑⠁⠀⠜⠥⠀⠙⠧⠃⠪⠂⠀⠅⠢⠄⠊⠄⠀⠳⠂⠀⠛⠡⠁⠛⠕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⠛⠲⠁⠟⠼⠓⠿⠆⠀⠙⠀⠺⠁⠱⠼⠁⠥⠀⠓⠕⠆⠀⠓⠊⠃⠖⠁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⠱⠼⠁⠟⠧⠄⠐⠆⠟⠲⠵⠥⠄⠀⠚⠴⠀⠊⠂⠙⠖⠄⠎⠥⠀⠱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⠓⠩⠙⠪⠀⠱⠼⠁⠥⠀⠛⠊⠱⠥⠀⠙⠀⠌⠲⠜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⠇⠊⠄⠟⠼⠃⠮⠁⠐⠆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⠺⠁⠱⠼⠁⠥⠀⠑⠀⠝⠼⠀⠱⠼⠁⠟⠧⠄⠀⠳⠛⠊⠁⠎⠻⠁⠈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⠍⠮⠈⠀⠓⠭⠁⠺⠀⠋⠴⠵⠄⠈⠀⠉⠪⠇⠜⠀⠅⠩⠞⠊⠄⠀⠓⠢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⠝⠼⠯⠂⠀⠓⠭⠁⠛⠻⠁⠀⠓⠿⠆⠓⠢⠥⠐⠆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⠓⠢⠟⠼⠱⠼⠁⠥⠓⠾⠂⠀⠟⠦⠀⠞⠲⠁⠛⠕⠀⠞⠜⠅⠲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⠛⠊⠁⠣⠁⠀⠃⠜⠄⠙⠔⠂⠀⠓⠢⠀⠙⠪⠓⠑⠀⠞⠲⠁⠇⠥⠐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⠞⠊⠛⠖⠁⠟⠧⠄⠇⠭⠈⠀⠒⠄⠙⠡⠓⠡⠀⠓⠕⠆⠀⠯⠂⠇⠜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⠇⠊⠹⠓⠜⠇⠬⠐⠆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⠅⠊⠆⠺⠀⠓⠢⠀⠺⠙⠖⠀⠵⠴⠄⠭⠀⠟⠥⠁⠓⠩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⠋⠔⠛⠜⠀⠛⠕⠟⠼⠀⠌⠲⠐⠀⠺⠁⠱⠼⠁⠥⠀⠃⠔⠄⠀⠞⠦⠈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⠧⠁⠛⠊⠁⠎⠻⠁⠀⠙⠼⠄⠀⠯⠂⠇⠜⠀⠌⠻⠄⠓⠿⠆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⠺⠂⠎⠻⠁⠈⠀⠟⠒⠈⠀⠌⠄⠀⠓⠢⠀⠅⠊⠞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⠋⠴⠵⠄⠐⠆⠃⠥⠞⠲⠀⠋⠴⠵⠄⠀⠙⠀⠵⠥⠄⠓⠢⠀⠓⠺⠆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⠓⠡⠂⠟⠼⠀⠎⠻⠁⠺⠈⠀⠓⠭⠁⠅⠊⠆⠀⠓⠕⠆⠀⠙⠥⠂⠞⠢⠆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⠋⠼⠺⠐⠆⠓⠢⠟⠼⠱⠼⠁⠥⠓⠾⠂⠀⠅⠢⠄⠊⠄⠀⠩⠂⠛⠳⠁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⠃⠡⠀⠞⠜⠛⠑⠂⠀⠓⠭⠁⠛⠻⠁⠀⠙⠪⠓⠑⠀⠞⠥⠛⠡⠐⠀⠙⠧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⠝⠼⠀⠟⠧⠄⠱⠼⠁⠀⠍⠷⠄⠌⠲⠀⠋⠴⠵⠄⠀⠃⠡⠀⠃⠥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⠵⠆⠙⠲⠀⠊⠆⠺⠌⠢⠀⠟⠧⠄⠏⠣⠄⠀⠅⠢⠄⠊⠄⠀⠱⠂⠹⠐⠆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⠧⠁⠅⠯⠀⠙⠊⠄⠓⠩⠤⠀⠃⠥⠜⠀⠒⠂⠈⠀⠟⠦⠀⠓⠕⠆⠀⠱⠂⠹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⠺⠌⠁⠀⠏⠮⠭⠄⠀⠥⠈⠀⠱⠂⠩⠱⠀⠭⠏⠣⠄⠀⠓⠕⠆⠀⠺⠛⠡⠁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⠱⠂⠏⠣⠄⠧⠁⠅⠯⠀⠏⠡⠛⠥⠁⠀⠙⠀⠺⠁⠱⠼⠁⠥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⠟⠧⠄⠥⠐⠆⠓⠩⠱⠦⠀⠓⠾⠂⠓⠊⠂⠀⠅⠢⠄⠊⠄⠀⠹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⠍⠩⠆⠃⠖⠁⠈⠀⠎⠻⠁⠝⠪⠄⠈⠀⠉⠥⠆⠀⠙⠼⠄⠀⠌⠼⠛⠺⠁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⠱⠂⠏⠣⠄⠀⠓⠺⠓⠭⠄⠀⠋⠔⠛⠜⠀⠋⠼⠺⠐⠀⠙⠧⠀⠃⠥⠜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⠃⠔⠄⠀⠱⠂⠏⠣⠄⠀⠞⠊⠄⠩⠀⠙⠦⠟⠼⠀⠱⠂⠩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⠛⠩⠄⠉⠢⠆⠐⠆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⠓⠩⠱⠦⠀⠛⠧⠄⠛⠻⠁⠀⠇⠩⠂⠓⠭⠄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⠓⠯⠄⠵⠢⠂⠀⠊⠌⠲⠀⠌⠼⠛⠺⠁⠀⠃⠖⠁⠌⠶⠁⠀⠙⠀⠋⠔⠛⠜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⠱⠂⠏⠣⠄⠐⠀⠾⠙⠥⠂⠀⠏⠮⠆⠇⠜⠃⠜⠄⠀⠓⠢⠀⠟⠧⠄⠏⠣⠄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⠱⠕⠁⠍⠡⠐⠀⠚⠧⠓⠷⠆⠀⠎⠁⠅⠖⠄⠤⠀⠉⠧⠁⠬⠀⠋⠔⠛⠜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⠙⠀⠺⠁⠱⠼⠁⠥⠀⠅⠢⠄⠝⠼⠀⠇⠊⠹⠀⠇⠢⠀⠱⠴⠂⠍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⠯⠂⠇⠜⠐⠄⠟⠧⠄⠥⠀⠵⠴⠄⠭⠀⠛⠪⠄⠃⠩⠀⠇⠢⠀⠅⠊⠆⠺⠈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⠺⠙⠖⠀⠓⠕⠆⠀⠌⠙⠊⠐⠄⠌⠢⠱⠀⠊⠓⠭⠀⠱⠼⠁⠓⠕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⠛⠻⠁⠟⠔⠐⠀⠃⠥⠀⠜⠁⠅⠳⠀⠱⠂⠛⠊⠀⠏⠣⠄⠟⠦⠐⠀⠑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⠃⠥⠝⠼⠀⠛⠬⠉⠄⠀⠏⠧⠆⠙⠻⠀⠱⠂⠏⠣⠄⠀⠌⠲⠀⠙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⠛⠬⠞⠊⠄⠀⠺⠁⠱⠼⠁⠥⠀⠌⠲⠄⠇⠮⠐⠆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⠓⠢⠟⠼⠱⠼⠁⠥⠓⠾⠂⠀⠝⠼⠀⠵⠕⠀⠱⠴⠂⠍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⠃⠜⠄⠛⠢⠂⠀⠼⠑⠀⠅⠪⠁⠱⠄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⠙⠊⠀⠼⠂⠀⠓⠭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⠇⠡⠄⠬⠤⠀⠊⠜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⠙⠩⠄⠓⠡⠂⠀⠚⠴⠆⠥⠤⠀⠱⠼⠁⠟⠧⠄⠀⠜⠥⠀⠙⠧⠃⠪⠂⠈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⠱⠢⠛⠊⠀⠓⠊⠃⠖⠁⠀⠌⠇⠜⠂⠀⠓⠕⠆⠀⠅⠪⠁⠋⠔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⠛⠩⠄⠉⠢⠆⠛⠲⠁⠛⠬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⠓⠬⠁⠜⠀⠞⠲⠱⠂⠀⠅⠖⠄⠇⠬⠀⠙⠀⠒⠆⠞⠊⠤⠀⠇⠜⠂⠓⠜⠈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⠧⠁⠅⠯⠓⠡⠈⠀⠌⠇⠭⠀⠅⠲⠌⠈⠀⠅⠢⠄⠛⠊⠂⠓⠡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⠙⠊⠀⠼⠆⠀⠓⠭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⠇⠡⠄⠬⠤⠀⠱⠂⠏⠣⠄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⠙⠩⠄⠓⠡⠂⠀⠚⠴⠆⠥⠤⠀⠛⠪⠄⠇⠭⠂⠀⠋⠔⠛⠜⠈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⠱⠼⠁⠟⠧⠄⠀⠡⠂⠭⠄⠀⠓⠕⠆⠀⠋⠼⠺⠀⠋⠴⠵⠄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⠓⠬⠁⠜⠀⠞⠲⠱⠂⠀⠅⠖⠄⠇⠬⠀⠙⠀⠒⠆⠞⠊⠤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⠱⠂⠏⠣⠄⠧⠁⠅⠯⠈⠀⠛⠕⠍⠣⠄⠀⠋⠼⠓⠩⠄⠈⠀⠃⠜⠁⠅⠩⠁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⠬⠄⠀⠛⠲⠁⠌⠲⠀⠛⠷⠁⠞⠲⠁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⠙⠊⠀⠼⠒⠀⠓⠭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⠇⠡⠄⠬⠤⠀⠓⠻⠛⠡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⠙⠩⠄⠓⠡⠂⠀⠚⠴⠆⠥⠤⠀⠛⠩⠄⠉⠢⠆⠀⠥⠁⠚⠧⠄⠥⠈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⠟⠥⠄⠇⠊⠄⠀⠞⠢⠆⠙⠡⠀⠋⠮⠆⠥⠀⠓⠕⠆⠀⠌⠵⠖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⠅⠢⠄⠛⠭⠓⠑⠀⠉⠪⠇⠜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⠓⠬⠁⠜⠀⠞⠲⠱⠂⠀⠅⠖⠄⠇⠬⠀⠙⠀⠒⠆⠞⠊⠤⠀⠱⠼⠁⠞⠪⠆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⠡⠄⠓⠭⠄⠈⠀⠓⠻⠛⠡⠀⠱⠋⠦⠆⠀⠬⠄⠀⠓⠺⠱⠷⠁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⠙⠊⠀⠼⠲⠀⠓⠭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⠇⠡⠄⠬⠤⠀⠝⠲⠑⠆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⠙⠩⠄⠓⠡⠂⠀⠚⠴⠆⠥⠤⠀⠵⠼⠁⠅⠭⠀⠅⠦⠝⠊⠆⠓⠡⠈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⠛⠪⠄⠇⠭⠂⠀⠺⠁⠱⠼⠁⠥⠀⠋⠮⠂⠇⠜⠀⠓⠕⠆⠀⠅⠽⠎⠥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⠛⠩⠄⠉⠢⠆⠀⠃⠡⠯⠂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⠓⠬⠁⠜⠀⠞⠲⠱⠂⠀⠅⠖⠄⠇⠬⠀⠙⠀⠒⠆⠞⠊⠤⠀⠋⠮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⠍⠥⠆⠃⠜⠁⠀⠡⠄⠓⠭⠄⠈⠀⠅⠦⠓⠡⠀⠩⠄⠓⠿⠆⠈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⠝⠲⠓⠥⠆⠀⠇⠊⠊⠆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⠙⠊⠀⠼⠢⠀⠓⠭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⠇⠡⠄⠬⠤⠀⠉⠪⠇⠜⠀⠬⠄⠀⠌⠵⠖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⠙⠩⠄⠓⠡⠂⠀⠚⠴⠆⠥⠤⠀⠱⠼⠁⠟⠧⠄⠀⠓⠩⠁⠺⠂⠈⠀⠛⠜⠁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⠝⠩⠛⠊⠈⠀⠩⠂⠇⠜⠀⠓⠕⠆⠀⠓⠿⠆⠓⠾⠂⠏⠣⠄⠀⠅⠩⠞⠊⠄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⠓⠬⠁⠜⠀⠞⠲⠱⠂⠀⠅⠖⠄⠇⠬⠀⠙⠀⠒⠆⠞⠊⠤⠀⠝⠼⠓⠖⠆⠈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⠛⠺⠁⠍⠢⠓⠿⠆⠈⠀⠱⠼⠁⠍⠡⠆⠌⠷⠁⠅⠊⠁⠀⠬⠄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⠟⠼⠃⠴⠄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⠃⠜⠄⠛⠢⠂⠀⠼⠑⠀⠛⠑⠂⠱⠥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⠧⠇⠊⠀⠊⠤⠀⠟⠲⠵⠥⠄⠀⠚⠴⠀⠊⠂⠙⠖⠄⠎⠥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⠅⠢⠁⠓⠾⠂⠛⠫⠁⠀⠇⠊⠹⠀⠟⠲⠵⠥⠄⠀⠡⠁⠒⠂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⠎⠕⠁⠓⠑⠄⠀⠠⠠⠠⠙⠀⠝⠀⠁⠠⠄⠀⠛⠊⠱⠥⠐⠀⠚⠦⠆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⠺⠁⠱⠼⠁⠥⠀⠱⠼⠁⠟⠧⠄⠀⠚⠴⠀⠊⠂⠙⠖⠄⠎⠥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⠓⠭⠁⠛⠻⠁⠀⠟⠧⠄⠥⠐⠆⠍⠮⠄⠛⠕⠂⠀⠱⠂⠏⠣⠄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⠜⠏⠣⠄⠛⠩⠁⠙⠥⠁⠛⠻⠄⠇⠊⠄⠛⠬⠂⠀⠵⠪⠀⠼⠁⠊⠓⠃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⠝⠩⠀⠏⠊⠁⠌⠒⠄⠀⠡⠁⠒⠂⠙⠧⠁⠉⠀⠠⠓⠥⠍⠥⠇⠊⠝⠀⠐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⠈⠞⠀⠱⠀⠱⠷⠄⠛⠢⠀⠓⠕⠆⠏⠊⠁⠀⠙⠀⠱⠼⠁⠥⠀⠓⠢⠟⠼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⠚⠴⠀⠊⠂⠙⠖⠄⠎⠥⠀⠟⠧⠄⠏⠣⠄⠐⠀⠑⠀⠱⠀⠟⠲⠵⠥⠄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⠡⠁⠒⠂⠀⠎⠕⠁⠓⠑⠄⠀⠠⠠⠠⠙⠀⠝⠀⠁⠠⠄⠀⠛⠊⠱⠥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⠛⠣⠚⠥⠆⠀⠓⠩⠙⠪⠀⠜⠥⠀⠌⠵⠖⠀⠙⠀⠌⠲⠜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⠃⠜⠁⠌⠐⠆⠌⠢⠛⠢⠀⠧⠇⠊⠀⠱⠕⠁⠍⠡⠐⠀⠓⠊⠃⠖⠁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⠅⠢⠄⠊⠄⠀⠃⠮⠀⠹⠵⠕⠀⠱⠼⠁⠟⠧⠄⠀⠞⠢⠆⠙⠡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⠙⠧⠃⠪⠂⠌⠀⠙⠀⠓⠊⠞⠲⠄⠐⠀⠙⠧⠀⠜⠥⠀⠱⠦⠱⠀⠓⠻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⠓⠬⠁⠜⠀⠩⠂⠛⠢⠂⠀⠙⠀⠟⠒⠓⠿⠆⠈⠀⠌⠇⠭⠀⠏⠡⠛⠫⠈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⠇⠣⠂⠟⠶⠀⠌⠼⠛⠬⠀⠓⠢⠀⠛⠩⠁⠛⠻⠄⠀⠱⠴⠄⠌⠔⠁⠐⠆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⠧⠇⠊⠀⠗⠆⠤⠀⠡⠁⠒⠂⠀⠎⠕⠁⠓⠑⠄⠀⠠⠠⠠⠉⠀⠗⠀⠊⠀⠎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⠏⠀⠗⠠⠄⠀⠓⠢⠎⠻⠁⠛⠩⠄⠉⠢⠆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⠡⠁⠒⠂⠀⠎⠕⠁⠓⠑⠄⠀⠠⠠⠠⠉⠀⠗⠀⠊⠀⠎⠀⠏⠀⠗⠀⠃⠥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⠌⠁⠀⠹⠬⠂⠀⠛⠊⠁⠣⠁⠃⠩⠁⠛⠊⠂⠐⠆⠊⠓⠑⠁⠀⠡⠁⠒⠂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⠎⠕⠁⠓⠑⠄⠀⠉⠀⠗⠀⠊⠀⠎⠀⠏⠀⠗⠀⠓⠭⠁⠛⠻⠁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⠙⠧⠃⠪⠂⠀⠝⠼⠛⠷⠀⠱⠂⠃⠑⠂⠀⠞⠢⠆⠙⠡⠀⠡⠁⠒⠂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⠎⠕⠁⠓⠑⠄⠀⠙⠀⠝⠀⠁⠀⠓⠕⠆⠀⠡⠁⠒⠂⠀⠎⠕⠁⠓⠑⠄⠀⠗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⠝⠀⠁⠀⠓⠬⠇⠑⠐⠀⠃⠡⠀⠞⠲⠁⠛⠕⠀⠅⠑⠁⠛⠢⠁⠀⠃⠖⠛⠖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⠋⠴⠵⠄⠀⠟⠧⠄⠱⠼⠁⠀⠓⠣⠓⠖⠆⠐⠆⠀⠼⠃⠚⠁⠛⠀⠝⠩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⠋⠔⠃⠜⠄⠀⠙⠀⠡⠁⠒⠂⠀⠎⠕⠁⠓⠑⠄⠀⠎⠀⠓⠀⠑⠀⠗⠀⠇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⠕⠀⠉⠀⠅⠠⠄⠀⠩⠂⠛⠳⠁⠀⠌⠧⠄⠱⠀⠇⠢⠀⠛⠊⠁⠬⠂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⠡⠁⠒⠂⠀⠠⠉⠁⠎⠀⠐⠀⠱⠥⠵⠆⠀⠱⠂⠎⠧⠁⠀⠙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⠓⠢⠎⠻⠁⠛⠩⠄⠉⠢⠆⠀⠏⠡⠞⠪⠐⠀⠅⠢⠄⠀⠹⠬⠂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⠅⠬⠁⠋⠴⠀⠃⠡⠙⠥⠂⠈⠀⠓⠊⠛⠸⠁⠀⠓⠕⠆⠀⠞⠢⠆⠙⠡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⠊⠂⠟⠻⠃⠩⠊⠆⠐⠆⠱⠂⠛⠊⠀⠌⠴⠄⠙⠻⠀⠟⠧⠄⠏⠣⠄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⠃⠊⠓⠬⠁⠀⠛⠡⠁⠛⠕⠀⠓⠡⠝⠼⠀⠩⠌⠼⠀⠓⠢⠀⠛⠩⠁⠛⠻⠄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⠱⠴⠄⠏⠊⠁⠐⠀⠅⠢⠁⠏⠥⠄⠀⠍⠢⠓⠡⠂⠀⠃⠥⠝⠼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⠙⠪⠞⠊⠆⠀⠊⠓⠾⠂⠀⠛⠩⠄⠉⠢⠆⠐⠆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⠓⠥⠁⠓⠊⠁⠙⠖⠃⠡⠙⠥⠂⠀⠛⠩⠄⠉⠢⠆⠤⠀⠉⠲⠀⠭⠃⠴⠄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⠙⠖⠀⠓⠣⠓⠖⠆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⠇⠳⠂⠛⠧⠄⠃⠡⠙⠥⠂⠈⠀⠡⠁⠒⠂⠀⠎⠕⠁⠓⠑⠄⠀⠠⠠⠠⠎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⠁⠀⠗⠀⠎⠀⠐⠀⠡⠁⠒⠂⠀⠎⠕⠁⠓⠑⠄⠀⠉⠠⠄⠀⠕⠀⠠⠧⠀⠐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⠱⠥⠵⠆⠀⠗⠆⠀⠓⠢⠀⠓⠥⠁⠓⠊⠁⠙⠖⠀⠓⠢⠃⠖⠁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⠃⠡⠙⠥⠂⠀⠙⠼⠄⠀⠓⠥⠁⠓⠊⠁⠙⠖⠃⠡⠙⠥⠂⠀⠅⠢⠄⠊⠄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⠞⠲⠁⠛⠕⠀⠓⠢⠎⠻⠁⠛⠩⠄⠉⠢⠆⠀⠃⠮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⠱⠂⠃⠑⠂⠐⠆⠓⠫⠍⠩⠆⠀⠹⠀⠛⠖⠁⠉⠼⠉⠆⠀⠇⠳⠂⠟⠼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⠱⠕⠁⠍⠡⠀⠛⠩⠄⠉⠢⠆⠀⠓⠊⠞⠲⠄⠀⠵⠴⠄⠭⠀⠛⠲⠁⠵⠕⠐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⠃⠥⠀⠱⠢⠛⠊⠂⠀⠱⠂⠩⠀⠉⠖⠁⠵⠕⠀⠉⠧⠁⠱⠥⠐⠆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⠓⠕⠆⠙⠢⠂⠀⠭⠃⠴⠄⠐⠆⠭⠃⠴⠄⠀⠉⠪⠄⠛⠊⠂⠀⠋⠦⠱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⠓⠺⠆⠀⠡⠄⠓⠭⠄⠀⠛⠩⠄⠉⠢⠆⠀⠌⠇⠭⠐⠀⠃⠊⠓⠬⠁⠀⠳⠂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⠓⠢⠛⠢⠂⠀⠚⠴⠯⠂⠀⠓⠕⠆⠀⠧⠀⠓⠕⠆⠏⠊⠁⠀⠟⠧⠄⠏⠣⠄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⠱⠕⠁⠍⠡⠀⠻⠂⠟⠼⠐⠆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⠱⠋⠦⠆⠀⠃⠡⠀⠟⠥⠄⠇⠊⠄⠀⠓⠢⠎⠻⠁⠐⠆⠛⠩⠄⠉⠢⠆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⠓⠊⠞⠲⠄⠀⠓⠬⠁⠜⠀⠉⠲⠀⠭⠃⠴⠄⠀⠌⠲⠀⠓⠕⠆⠙⠢⠂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⠅⠢⠄⠀⠋⠴⠓⠊⠁⠀⠙⠀⠃⠡⠙⠥⠂⠀⠊⠂⠟⠻⠥⠌⠐⠆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⠋⠥⠆⠌⠀⠍⠥⠆⠃⠜⠁⠀⠓⠣⠓⠖⠆⠐⠆⠡⠁⠒⠂⠀⠎⠕⠁⠓⠑⠄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⠠⠠⠠⠏⠀⠉⠀⠗⠀⠓⠕⠆⠀⠅⠊⠞⠀⠅⠕⠵⠼⠁⠀⠋⠦⠋⠔⠄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⠅⠢⠄⠀⠃⠔⠄⠀⠱⠖⠄⠇⠭⠀⠍⠥⠆⠃⠜⠁⠀⠓⠬⠇⠑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⠋⠥⠆⠌⠙⠖⠀⠛⠼⠁⠀⠚⠲⠊⠆⠀⠛⠩⠄⠉⠢⠆⠀⠙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⠱⠺⠄⠏⠡⠐⠆⠙⠺⠬⠂⠀⠡⠁⠒⠂⠀⠎⠕⠁⠓⠑⠄⠀⠗⠀⠝⠀⠁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⠃⠡⠙⠥⠂⠐⠀⠞⠲⠁⠟⠦⠀⠓⠩⠁⠀⠃⠔⠄⠀⠡⠁⠒⠂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⠎⠕⠁⠓⠑⠄⠀⠗⠀⠝⠀⠁⠀⠓⠣⠓⠊⠁⠀⠌⠻⠄⠓⠻⠆⠀⠺⠂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⠅⠢⠄⠀⠅⠕⠵⠼⠁⠀⠙⠀⠡⠁⠒⠂⠀⠎⠕⠁⠓⠑⠄⠀⠙⠀⠝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⠁⠠⠄⠀⠓⠡⠂⠱⠐⠆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⠱⠂⠃⠑⠂⠀⠍⠥⠆⠃⠜⠁⠐⠆⠣⠄⠥⠈⠀⠞⠧⠆⠌⠴⠁⠀⠓⠕⠆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⠡⠁⠒⠂⠀⠎⠕⠁⠓⠑⠄⠀⠠⠠⠠⠉⠀⠗⠀⠊⠀⠎⠀⠏⠀⠗⠠⠄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⠱⠂⠃⠑⠂⠀⠋⠴⠵⠄⠀⠓⠬⠁⠜⠀⠅⠬⠁⠋⠴⠀⠍⠥⠆⠃⠜⠁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⠃⠡⠙⠥⠂⠀⠬⠄⠀⠓⠭⠁⠎⠀⠓⠬⠇⠑⠐⠆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⠙⠥⠂⠟⠥⠁⠀⠛⠑⠂⠛⠕⠄⠐⠆⠊⠂⠅⠊⠆⠀⠓⠕⠆⠀⠱⠌⠄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⠃⠔⠄⠀⠋⠴⠵⠄⠀⠋⠧⠄⠡⠀⠌⠻⠄⠓⠻⠆⠀⠺⠂⠀⠡⠂⠛⠶⠁⠈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⠩⠂⠎⠢⠈⠀⠙⠩⠓⠣⠓⠖⠆⠀⠓⠕⠆⠀⠱⠥⠵⠆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⠛⠑⠂⠛⠕⠄⠐⠆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⠛⠩⠄⠌⠔⠁⠀⠙⠺⠌⠖⠐⠆⠭⠂⠓⠡⠈⠀⠣⠁⠓⠡⠀⠓⠢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⠝⠮⠆⠃⠥⠀⠙⠺⠌⠖⠀⠃⠦⠁⠌⠥⠀⠏⠧⠆⠙⠻⠀⠋⠧⠄⠡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⠱⠋⠷⠄⠀⠳⠓⠜⠈⠀⠱⠋⠷⠄⠀⠥⠁⠚⠧⠄⠀⠊⠄⠛⠊⠂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⠭⠃⠴⠄⠀⠱⠋⠷⠄⠀⠓⠢⠛⠢⠂⠐⠆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⠡⠁⠒⠂⠀⠎⠕⠁⠓⠑⠄⠀⠠⠠⠠⠏⠀⠉⠀⠗⠀⠬⠄⠀⠡⠁⠒⠂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⠎⠕⠁⠓⠑⠄⠀⠉⠀⠗⠀⠊⠀⠎⠀⠏⠀⠗⠠⠄⠀⠛⠩⠄⠉⠢⠆⠀⠙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⠛⠻⠁⠓⠊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⠃⠜⠄⠛⠢⠂⠀⠼⠋⠀⠅⠪⠁⠱⠄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⠙⠊⠀⠼⠂⠀⠓⠭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⠃⠊⠄⠛⠜⠀⠙⠩⠄⠤⠀⠓⠢⠓⠣⠁⠵⠕⠹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⠡⠁⠒⠂⠀⠎⠕⠁⠓⠑⠄⠀⠠⠠⠠⠏⠀⠉⠀⠗⠠⠄⠀⠇⠮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⠛⠩⠄⠉⠢⠆⠤⠀⠞⠲⠁⠛⠕⠀⠓⠸⠂⠓⠻⠀⠅⠕⠵⠼⠁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⠍⠥⠆⠃⠜⠁⠀⠓⠢⠎⠻⠁⠀⠃⠡⠀⠛⠩⠁⠉⠢⠆⠀⠓⠣⠓⠖⠆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⠡⠁⠒⠂⠀⠎⠕⠁⠓⠑⠄⠀⠠⠠⠠⠉⠀⠗⠀⠊⠀⠎⠀⠏⠀⠗⠠⠄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⠇⠮⠀⠛⠩⠄⠉⠢⠆⠤⠀⠞⠲⠁⠛⠕⠀⠓⠬⠇⠑⠀⠱⠂⠃⠑⠂⠀⠬⠄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⠍⠮⠀⠓⠕⠓⠡⠀⠟⠧⠄⠱⠼⠁⠀⠃⠖⠛⠖⠀⠓⠣⠓⠖⠆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⠙⠊⠀⠼⠆⠀⠓⠭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⠃⠊⠄⠛⠜⠀⠙⠩⠄⠤⠀⠱⠋⠷⠄⠀⠊⠙⠡⠀⠅⠕⠵⠼⠁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⠡⠁⠒⠂⠀⠎⠕⠁⠓⠑⠄⠀⠠⠠⠠⠏⠀⠉⠀⠗⠠⠄⠀⠇⠮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⠛⠩⠄⠉⠢⠆⠤⠀⠞⠲⠁⠟⠦⠀⠃⠖⠁⠓⠧⠀⠓⠢⠎⠻⠁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⠅⠕⠵⠼⠁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⠡⠁⠒⠂⠀⠎⠕⠁⠓⠑⠄⠀⠠⠠⠠⠉⠀⠗⠀⠊⠀⠎⠀⠏⠀⠗⠠⠄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⠇⠮⠀⠛⠩⠄⠉⠢⠆⠤⠀⠟⠦⠀⠬⠄⠀⠅⠕⠵⠼⠁⠀⠛⠑⠂⠓⠢⠐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⠑⠀⠅⠢⠄⠀⠞⠧⠆⠎⠕⠄⠀⠥⠂⠀⠅⠕⠵⠼⠁⠀⠋⠦⠧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⠙⠊⠀⠼⠒⠀⠓⠭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⠃⠊⠄⠛⠜⠀⠙⠩⠄⠤⠀⠳⠁⠱⠀⠋⠦⠓⠭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⠡⠁⠒⠂⠀⠎⠕⠁⠓⠑⠄⠀⠠⠠⠠⠏⠀⠉⠀⠗⠠⠄⠀⠇⠮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⠛⠩⠄⠉⠢⠆⠤⠀⠛⠊⠱⠥⠀⠟⠼⠱⠥⠂⠈⠀⠙⠡⠇⠭⠀⠝⠼⠇⠊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⠛⠭⠂⠈⠀⠇⠣⠂⠟⠶⠀⠡⠹⠀⠛⠶⠄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⠡⠁⠒⠂⠀⠎⠕⠁⠓⠑⠄⠀⠠⠠⠠⠉⠀⠗⠀⠊⠀⠎⠀⠏⠀⠗⠠⠄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⠇⠮⠀⠛⠩⠄⠉⠢⠆⠤⠀⠓⠬⠇⠑⠀⠱⠂⠃⠑⠂⠀⠇⠡⠂⠓⠕⠐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⠱⠓⠢⠀⠅⠪⠁⠋⠔⠀⠃⠩⠓⠑⠂⠀⠙⠥⠂⠟⠥⠁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⠙⠊⠀⠼⠲⠀⠓⠭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⠃⠊⠄⠛⠜⠀⠙⠩⠄⠤⠀⠛⠲⠞⠲⠀⠜⠁⠅⠳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⠡⠁⠒⠂⠀⠎⠕⠁⠓⠑⠄⠀⠠⠠⠠⠏⠀⠉⠀⠗⠠⠄⠀⠇⠮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⠛⠩⠄⠉⠢⠆⠤⠀⠛⠸⠁⠀⠓⠬⠁⠜⠀⠓⠢⠱⠀⠙⠺⠌⠖⠈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⠓⠡⠝⠼⠀⠩⠌⠼⠈⠀⠥⠁⠚⠧⠄⠀⠅⠲⠌⠀⠓⠢⠀⠛⠑⠂⠛⠕⠄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⠛⠑⠄⠱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⠡⠁⠒⠂⠀⠎⠕⠁⠓⠑⠄⠀⠠⠠⠠⠉⠀⠗⠀⠊⠀⠎⠀⠏⠀⠗⠠⠄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⠇⠮⠀⠛⠩⠄⠉⠢⠆⠤⠀⠛⠸⠁⠀⠓⠬⠁⠜⠀⠓⠢⠱⠀⠙⠺⠌⠖⠈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⠓⠡⠝⠼⠀⠩⠌⠼⠈⠀⠥⠁⠚⠧⠄⠀⠅⠲⠌⠀⠓⠢⠀⠛⠑⠂⠛⠕⠄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⠛⠑⠄⠱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⠃⠜⠄⠛⠢⠂⠀⠼⠋⠀⠛⠑⠂⠱⠥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⠃⠥⠜⠀⠃⠔⠄⠀⠭⠂⠓⠡⠀⠛⠩⠄⠙⠧⠁⠀⠇⠊⠄⠛⠑⠄⠀⠟⠼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⠌⠼⠵⠪⠀⠩⠂⠌⠲⠀⠓⠻⠆⠃⠡⠤⠀⠛⠩⠄⠉⠢⠆⠀⠛⠑⠂⠛⠕⠄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⠓⠬⠁⠜⠀⠛⠑⠂⠓⠢⠀⠉⠪⠄⠭⠀⠱⠂⠛⠩⠁⠈⠀⠭⠃⠴⠄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⠌⠇⠭⠈⠀⠛⠩⠄⠉⠢⠆⠀⠓⠩⠈⠀⠇⠣⠂⠟⠶⠀⠌⠼⠌⠶⠀⠓⠢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⠊⠱⠼⠁⠀⠏⠧⠆⠙⠻⠀⠛⠑⠄⠱⠐⠆⠣⠁⠓⠡⠀⠛⠑⠂⠛⠕⠄⠀⠑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⠃⠥⠝⠼⠀⠵⠪⠀⠎⠕⠄⠳⠀⠅⠡⠅⠶⠀⠓⠫⠀⠻⠂⠅⠯⠀⠏⠪⠟⠥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⠛⠧⠄⠚⠧⠄⠐⠆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⠊⠛⠢⠀⠛⠊⠁⠣⠁⠓⠺⠇⠥⠀⠱⠛⠜⠄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⠃⠔⠄⠀⠓⠢⠎⠻⠁⠛⠩⠄⠉⠢⠆⠀⠟⠷⠁⠓⠭⠀⠟⠼⠀⠓⠺⠇⠥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⠱⠂⠐⠀⠍⠥⠆⠃⠜⠁⠀⠃⠡⠙⠥⠂⠀⠓⠬⠇⠑⠀⠱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⠱⠥⠁⠚⠥⠆⠐⠀⠱⠂⠃⠑⠂⠀⠋⠴⠵⠄⠀⠱⠀⠟⠻⠛⠧⠄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⠍⠢⠅⠽⠐⠀⠅⠕⠵⠼⠁⠀⠓⠢⠀⠓⠣⠓⠖⠆⠀⠋⠦⠆⠙⠔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⠛⠕⠟⠼⠀⠓⠭⠁⠙⠦⠁⠬⠂⠀⠅⠲⠌⠀⠬⠄⠀⠋⠦⠆⠙⠔⠐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⠡⠂⠛⠶⠁⠀⠓⠕⠆⠀⠩⠂⠎⠢⠀⠱⠀⠱⠥⠁⠟⠥⠁⠐⠆⠙⠺⠌⠖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⠵⠢⠂⠀⠓⠭⠀⠓⠊⠞⠲⠄⠀⠙⠀⠵⠆⠛⠩⠄⠀⠛⠲⠁⠝⠼⠐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⠛⠖⠎⠥⠀⠕⠍⠴⠀⠍⠮⠳⠀⠓⠣⠓⠖⠆⠀⠛⠳⠁⠛⠡⠀⠙⠪⠃⠜⠄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⠍⠮⠳⠀⠍⠥⠆⠃⠜⠁⠐⠀⠓⠪⠱⠀⠌⠼⠄⠛⠢⠀⠓⠊⠞⠲⠄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⠍⠮⠳⠀⠌⠼⠟⠦⠀⠛⠲⠁⠵⠕⠐⠆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⠧⠁⠅⠯⠈⠀⠇⠒⠂⠇⠊⠄⠀⠬⠄⠀⠋⠥⠆⠵⠢⠂⠀⠚⠴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⠟⠶⠆⠓⠣⠁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⠺⠱⠂⠍⠀⠧⠁⠅⠯⠀⠜⠀⠉⠲⠀⠱⠢⠛⠊⠀⠅⠪⠁⠱⠄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⠱⠼⠁⠥⠀⠓⠊⠞⠲⠄⠀⠓⠺⠆⠀⠋⠥⠆⠌⠈⠀⠃⠩⠊⠆⠀⠃⠡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⠬⠄⠀⠓⠻⠛⠡⠀⠓⠭⠁⠓⠥⠆⠵⠕⠹⠐⠀⠣⠁⠉⠄⠀⠃⠥⠝⠼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⠌⠁⠀⠵⠪⠀⠓⠭⠍⠥⠆⠀⠛⠑⠂⠱⠥⠀⠱⠂⠉⠪⠀⠅⠖⠄⠇⠬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⠧⠁⠅⠯⠐⠆⠋⠥⠆⠵⠢⠂⠀⠚⠴⠀⠙⠀⠛⠲⠁⠵⠕⠀⠓⠬⠁⠜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⠵⠪⠀⠍⠥⠆⠃⠜⠁⠀⠱⠢⠙⠡⠈⠀⠉⠪⠇⠜⠀⠓⠯⠄⠵⠢⠂⠈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⠱⠂⠩⠀⠟⠦⠄⠎⠕⠄⠈⠀⠱⠥⠛⠬⠛⠻⠄⠇⠊⠄⠈⠀⠟⠧⠄⠏⠣⠄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⠱⠄⠹⠀⠓⠢⠀⠋⠮⠆⠅⠊⠆⠀⠟⠥⠄⠌⠀⠙⠼⠄⠀⠓⠻⠛⠑⠂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⠟⠓⠬⠀⠏⠡⠛⠥⠁⠀⠋⠼⠓⠩⠄⠐⠆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⠇⠳⠛⠢⠀⠃⠊⠓⠬⠁⠀⠞⠖⠄⠇⠒⠀⠙⠀⠒⠆⠞⠊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⠍⠥⠆⠙⠊⠀⠱⠋⠷⠄⠀⠌⠼⠙⠦⠤⠀⠓⠭⠍⠥⠆⠀⠛⠑⠄⠛⠾⠂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⠙⠀⠱⠀⠱⠂⠛⠊⠀⠒⠆⠞⠊⠐⠀⠓⠪⠱⠀⠌⠵⠖⠀⠇⠢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⠃⠥⠃⠊⠜⠀⠋⠼⠓⠩⠄⠐⠄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⠙⠺⠓⠭⠀⠱⠋⠷⠄⠀⠓⠢⠱⠤⠀⠎⠕⠄⠹⠀⠱⠼⠁⠥⠀⠉⠪⠇⠜⠈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⠎⠥⠌⠥⠄⠀⠓⠢⠀⠓⠬⠇⠑⠀⠙⠀⠋⠼⠓⠩⠄⠀⠙⠼⠄⠛⠊⠂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⠱⠋⠷⠄⠀⠏⠊⠄⠏⠮⠆⠀⠟⠦⠄⠎⠕⠄⠀⠝⠼⠇⠊⠐⠄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⠚⠥⠓⠢⠀⠋⠦⠂⠌⠄⠀⠃⠖⠇⠥⠤⠀⠚⠴⠯⠂⠈⠀⠱⠢⠷⠁⠀⠓⠢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⠓⠻⠛⠡⠀⠵⠴⠄⠭⠀⠬⠄⠀⠅⠩⠵⠪⠀⠺⠁⠓⠪⠆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⠛⠢⠂⠇⠊⠂⠐⠄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⠚⠥⠓⠢⠀⠃⠊⠍⠩⠄⠀⠥⠹⠤⠀⠞⠲⠊⠀⠛⠊⠱⠥⠀⠱⠋⠷⠄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⠅⠢⠄⠝⠼⠀⠃⠮⠀⠹⠬⠂⠀⠳⠓⠪⠆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⠍⠥⠆⠙⠊⠐⠄⠝⠔⠄⠓⠑⠁⠀⠓⠣⠓⠊⠁⠀⠓⠬⠁⠜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⠋⠴⠛⠊⠂⠛⠻⠄⠇⠊⠄⠐⠄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⠱⠺⠂⠀⠟⠼⠙⠧⠁⠀⠡⠄⠓⠭⠄⠤⠀⠋⠼⠓⠩⠄⠀⠓⠢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⠱⠷⠁⠊⠆⠀⠱⠋⠷⠄⠀⠛⠲⠁⠏⠡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⠋⠴⠏⠮⠆⠐⠄⠚⠕⠆⠱⠅⠸⠞⠊⠄⠀⠱⠋⠷⠄⠀⠃⠮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⠟⠲⠁⠋⠴⠆⠀⠅⠡⠁⠞⠡⠁⠐⠄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⠚⠥⠓⠢⠀⠛⠑⠁⠱⠷⠀⠛⠩⠁⠙⠥⠁⠤⠀⠱⠋⠷⠄⠀⠵⠒⠁⠱⠷⠄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⠋⠔⠄⠇⠬⠈⠀⠇⠒⠂⠇⠊⠄⠀⠱⠴⠄⠌⠔⠁⠈⠀⠛⠊⠁⠛⠷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⠱⠴⠄⠏⠊⠁⠀⠓⠢⠀⠌⠻⠁⠑⠆⠀⠛⠺⠁⠋⠧⠆⠐⠄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⠬⠄⠀⠚⠴⠇⠮⠀⠛⠊⠁⠣⠁⠃⠩⠁⠛⠊⠂⠀⠳⠛⠻⠁⠀⠙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⠃⠩⠁⠛⠑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⠞⠊⠄⠓⠊⠃⠖⠁⠀⠃⠩⠁⠛⠊⠂⠈⠀⠅⠢⠄⠀⠊⠂⠟⠻⠀⠙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⠱⠼⠁⠌⠂⠀⠓⠊⠀⠃⠩⠁⠛⠊⠂⠀⠓⠢⠀⠛⠊⠁⠟⠥⠄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⠩⠂⠛⠳⠁⠀⠵⠪⠀⠋⠼⠓⠩⠄⠀⠬⠄⠀⠇⠒⠂⠇⠊⠄⠀⠱⠦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⠃⠡⠃⠥⠓⠭⠁⠞⠲⠐⠆⠱⠢⠛⠊⠂⠀⠚⠴⠞⠊⠄⠈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⠏⠮⠁⠞⠪⠁⠈⠀⠱⠼⠁⠌⠂⠓⠊⠃⠖⠁⠀⠓⠕⠆⠀⠅⠢⠄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⠊⠂⠟⠻⠀⠛⠪⠄⠃⠩⠀⠙⠀⠩⠂⠛⠳⠁⠀⠃⠊⠓⠬⠁⠀⠛⠑⠁⠱⠷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⠩⠂⠛⠢⠂⠀⠙⠀⠋⠔⠄⠇⠬⠈⠀⠇⠒⠂⠇⠊⠄⠀⠬⠄⠀⠱⠢⠓⠺⠆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⠱⠴⠄⠌⠔⠁⠐⠆⠓⠩⠱⠦⠀⠅⠢⠁⠏⠥⠄⠀⠞⠖⠄⠇⠒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⠅⠢⠄⠊⠄⠀⠋⠴⠓⠊⠁⠀⠯⠂⠵⠢⠂⠐⠀⠙⠧⠀⠃⠥⠝⠼⠀⠃⠔⠄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⠺⠛⠡⠁⠀⠏⠊⠁⠌⠒⠄⠀⠙⠀⠱⠂⠛⠩⠀⠍⠜⠱⠥⠀⠺⠂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⠏⠥⠄⠞⠲⠁⠀⠛⠢⠚⠴⠀⠓⠭⠍⠥⠆⠐⠆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⠃⠴⠄⠱⠷⠄⠉⠢⠆⠀⠙⠀⠃⠩⠁⠛⠑⠤⠀⠃⠴⠄⠱⠷⠄⠉⠢⠆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⠌⠁⠀⠞⠊⠛⠲⠁⠀⠛⠪⠝⠩⠆⠀⠛⠜⠬⠐⠀⠃⠥⠀⠞⠊⠛⠲⠁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⠏⠮⠭⠄⠀⠺⠁⠱⠼⠁⠥⠈⠀⠛⠪⠄⠵⠖⠀⠛⠊⠁⠣⠁⠈⠀⠌⠃⠮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⠌⠴⠄⠙⠻⠀⠱⠛⠊⠀⠓⠕⠆⠀⠟⠥⠄⠇⠊⠄⠀⠇⠣⠂⠟⠶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⠭⠃⠴⠄⠀⠙⠀⠉⠖⠁⠵⠕⠋⠦⠋⠔⠄⠐⠆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⠥⠂⠌⠦⠪⠀⠑⠀⠱⠀⠋⠥⠆⠵⠢⠂⠀⠚⠴⠀⠟⠶⠆⠓⠣⠁⠀⠙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⠊⠃⠥⠋⠴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⠅⠢⠁⠓⠾⠂⠀⠟⠻⠃⠢⠁⠀⠃⠥⠛⠣⠄⠀⠜⠀⠒⠆⠀⠝⠮⠆⠚⠲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⠱⠋⠷⠄⠀⠌⠼⠅⠾⠆⠐⠀⠓⠻⠜⠀⠒⠆⠀⠱⠺⠂⠀⠝⠼⠛⠷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⠓⠕⠆⠅⠬⠄⠐⠆⠞⠊⠛⠲⠁⠀⠏⠡⠍⠥⠆⠀⠾⠙⠥⠂⠅⠊⠆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⠳⠓⠖⠄⠀⠙⠀⠒⠂⠙⠦⠈⠀⠌⠒⠄⠅⠾⠆⠀⠙⠀⠣⠁⠏⠣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⠍⠜⠱⠥⠈⠀⠅⠢⠄⠀⠇⠊⠄⠛⠑⠄⠀⠙⠀⠱⠥⠬⠄⠀⠛⠑⠄⠱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⠓⠢⠀⠙⠕⠁⠌⠲⠄⠀⠉⠧⠁⠬⠀⠋⠦⠱⠐⠀⠝⠼⠛⠷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⠛⠩⠄⠱⠖⠄⠀⠱⠛⠾⠂⠈⠀⠞⠡⠁⠛⠾⠂⠈⠀⠬⠄⠩⠂⠀⠬⠄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⠛⠊⠱⠥⠀⠞⠜⠛⠩⠀⠵⠖⠟⠼⠀⠙⠀⠓⠾⠂⠓⠊⠂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⠍⠴⠅⠧⠄⠐⠆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⠓⠩⠱⠦⠀⠵⠆⠓⠾⠂⠀⠓⠕⠙⠲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⠓⠕⠙⠲⠀⠊⠤⠀⠛⠮⠄⠀⠓⠊⠃⠖⠁⠛⠲⠁⠟⠦⠄⠀⠏⠮⠆⠣⠁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⠹⠀⠵⠆⠛⠊⠄⠀⠙⠀⠱⠼⠁⠣⠁⠀⠺⠂⠀⠊⠄⠓⠫⠀⠎⠛⠢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⠱⠛⠩⠀⠱⠢⠌⠀⠃⠥⠞⠲⠀⠛⠑⠂⠵⠷⠤⠀⠌⠖⠄⠙⠖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⠅⠊⠄⠙⠲⠵⠄⠈⠀⠌⠻⠄⠇⠥⠈⠀⠋⠧⠊⠆⠈⠀⠙⠧⠃⠪⠂⠌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⠌⠢⠂⠙⠑⠂⠐⠆⠇⠥⠣⠁⠀⠓⠷⠆⠀⠙⠔⠄⠇⠻⠀⠱⠒⠓⠬⠐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⠵⠪⠆⠀⠅⠡⠄⠀⠞⠲⠃⠧⠀⠛⠴⠁⠛⠬⠀⠛⠑⠂⠵⠷⠀⠛⠑⠄⠱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⠋⠔⠱⠼⠁⠀⠇⠢⠀⠱⠴⠂⠍⠐⠆⠏⠧⠆⠙⠻⠀⠃⠜⠁⠌⠒⠄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⠃⠥⠱⠀⠣⠁⠓⠜⠀⠓⠖⠄⠃⠥⠓⠖⠄⠀⠞⠡⠁⠐⠀⠗⠱⠀⠱⠒⠓⠬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⠬⠄⠀⠛⠪⠝⠩⠆⠀⠱⠋⠷⠄⠀⠌⠒⠄⠅⠾⠆⠐⠆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⠓⠕⠙⠲⠀⠗⠆⠤⠀⠎⠀⠍⠢⠅⠽⠀⠓⠺⠇⠥⠀⠞⠜⠄⠌⠧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⠉⠲⠀⠓⠫⠇⠑⠀⠅⠡⠛⠡⠀⠌⠲⠀⠚⠴⠆⠓⠯⠄⠀⠊⠛⠢⠐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⠓⠑⠄⠟⠥⠁⠀⠱⠥⠁⠚⠥⠆⠈⠀⠟⠻⠛⠧⠄⠈⠀⠅⠲⠌⠀⠓⠢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⠱⠥⠁⠟⠥⠁⠐⠆⠌⠁⠀⠵⠕⠀⠛⠪⠝⠩⠆⠱⠢⠛⠊⠐⠀⠃⠥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⠱⠢⠛⠊⠂⠀⠌⠴⠁⠱⠂⠀⠱⠂⠩⠐⠆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⠅⠡⠛⠡⠀⠠⠁⠀⠤⠀⠛⠩⠄⠉⠢⠆⠀⠱⠺⠄⠭⠀⠌⠲⠀⠱⠋⠷⠄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⠉⠒⠵⠪⠀⠍⠷⠄⠇⠮⠀⠥⠁⠚⠧⠄⠥⠐⠀⠃⠡⠀⠛⠮⠄⠟⠥⠁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⠩⠂⠎⠢⠀⠞⠊⠱⠐⠆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⠅⠡⠛⠡⠀⠠⠃⠀⠤⠀⠛⠩⠄⠉⠢⠆⠀⠓⠥⠁⠓⠊⠁⠙⠖⠃⠡⠙⠥⠂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⠙⠀⠊⠙⠻⠀⠞⠢⠆⠊⠆⠀⠓⠢⠎⠻⠁⠐⠀⠃⠡⠀⠛⠮⠄⠟⠥⠁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⠡⠂⠛⠶⠁⠀⠞⠊⠱⠐⠆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⠅⠡⠛⠡⠀⠠⠉⠀⠤⠀⠌⠄⠳⠀⠒⠁⠙⠥⠀⠱⠼⠁⠛⠖⠁⠀⠓⠢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⠍⠷⠄⠌⠲⠀⠓⠜⠄⠀⠋⠴⠵⠄⠀⠞⠲⠱⠂⠀⠟⠥⠁⠓⠩⠀⠱⠂⠐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⠉⠪⠀⠅⠊⠄⠙⠲⠀⠱⠥⠁⠟⠥⠁⠐⠆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⠓⠕⠙⠲⠀⠎⠧⠁⠤⠀⠌⠖⠄⠟⠥⠁⠀⠅⠾⠁⠱⠁⠀⠙⠀⠙⠺⠌⠖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⠍⠷⠄⠀⠛⠩⠄⠉⠢⠆⠀⠓⠊⠞⠲⠄⠀⠵⠪⠀⠎⠧⠁⠛⠢⠀⠺⠌⠁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⠭⠃⠴⠄⠀⠌⠲⠀⠙⠷⠁⠀⠍⠮⠳⠀⠓⠣⠓⠖⠆⠐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⠩⠂⠛⠳⠁⠌⠢⠄⠀⠣⠁⠉⠄⠀⠓⠯⠁⠃⠥⠀⠎⠧⠁⠛⠢⠀⠭⠃⠴⠄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⠙⠷⠁⠀⠍⠮⠳⠀⠍⠥⠆⠃⠜⠁⠐⠆⠅⠡⠄⠀⠌⠄⠟⠥⠁⠀⠌⠢⠛⠢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⠛⠑⠂⠇⠒⠀⠅⠾⠁⠱⠖⠄⠀⠱⠴⠂⠍⠀⠌⠼⠛⠬⠐⠆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⠉⠧⠁⠅⠖⠄⠀⠋⠦⠓⠭⠤⠀⠌⠱⠖⠄⠀⠓⠬⠁⠜⠀⠅⠾⠆⠚⠴⠆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⠭⠂⠓⠡⠀⠙⠺⠌⠖⠀⠝⠼⠀⠟⠧⠄⠱⠼⠁⠀⠓⠣⠓⠖⠆⠈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⠣⠁⠓⠡⠀⠙⠺⠌⠖⠀⠃⠥⠀⠟⠧⠄⠱⠼⠁⠀⠓⠣⠓⠖⠆⠐⠀⠃⠡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⠛⠩⠄⠌⠔⠁⠀⠭⠃⠴⠄⠀⠟⠥⠄⠇⠊⠄⠀⠬⠄⠀⠝⠮⠆⠃⠥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⠙⠺⠌⠖⠀⠱⠋⠷⠄⠀⠌⠼⠟⠦⠐⠆⠋⠷⠄⠵⠢⠂⠀⠥⠂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⠓⠣⠓⠖⠆⠀⠅⠢⠄⠝⠼⠀⠌⠄⠱⠀⠓⠊⠞⠲⠄⠀⠱⠁⠓⠜⠐⠆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⠓⠕⠙⠲⠀⠎⠤⠀⠛⠊⠱⠥⠀⠬⠄⠀⠱⠢⠓⠺⠆⠀⠞⠖⠄⠇⠒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⠛⠫⠄⠱⠢⠀⠊⠌⠲⠀⠃⠩⠓⠑⠂⠱⠀⠃⠡⠙⠥⠂⠛⠩⠄⠉⠢⠆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⠛⠲⠁⠛⠬⠀⠛⠼⠁⠀⠅⠽⠈⠀⠛⠼⠁⠀⠏⠩⠊⠐⠀⠙⠧⠓⠺⠆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⠃⠔⠄⠀⠛⠢⠚⠴⠀⠛⠩⠅⠦⠁⠀⠱⠥⠛⠬⠀⠱⠦⠀⠟⠻⠙⠖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⠸⠂⠙⠻⠁⠐⠆⠅⠡⠄⠀⠋⠴⠃⠑⠂⠀⠉⠲⠀⠛⠩⠄⠉⠢⠆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⠌⠒⠄⠅⠾⠆⠓⠡⠈⠀⠣⠄⠎⠁⠈⠀⠌⠁⠅⠡⠀⠞⠲⠊⠆⠈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⠱⠥⠛⠬⠧⠁⠅⠯⠈⠀⠅⠢⠄⠛⠊⠂⠓⠡⠀⠓⠢⠀⠥⠛⠑⠄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⠋⠼⠓⠩⠄⠀⠇⠳⠛⠢⠀⠛⠜⠄⠙⠥⠀⠞⠊⠟⠥⠁⠀⠒⠆⠞⠊⠐⠆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⠌⠁⠱⠀⠵⠆⠉⠢⠆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⠓⠢⠟⠼⠱⠼⠁⠥⠓⠾⠂⠀⠺⠱⠂⠍⠀⠟⠦⠀⠃⠮⠀⠟⠼⠁⠺⠂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⠛⠲⠁⠟⠼⠀⠱⠼⠁⠥⠓⠾⠂⠐⠄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⠌⠻⠄⠇⠥⠀⠓⠢⠀⠋⠧⠊⠆⠀⠙⠀⠱⠥⠁⠚⠥⠆⠈⠀⠱⠥⠁⠟⠥⠁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⠋⠴⠃⠑⠂⠀⠱⠀⠱⠴⠂⠍⠐⠄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⠅⠊⠄⠙⠲⠵⠄⠀⠵⠪⠀⠛⠊⠁⠣⠁⠀⠃⠜⠄⠙⠔⠂⠀⠌⠲⠅⠊⠄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⠱⠴⠂⠍⠀⠵⠕⠹⠐⠄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⠺⠱⠂⠍⠀⠱⠕⠁⠀⠡⠁⠒⠂⠀⠎⠕⠁⠓⠑⠄⠀⠍⠀⠠⠠⠠⠗⠀⠝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⠁⠠⠄⠀⠱⠀⠛⠲⠁⠵⠕⠀⠋⠥⠆⠃⠴⠄⠐⠄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⠛⠊⠁⠣⠁⠓⠺⠇⠥⠀⠙⠀⠎⠛⠢⠀⠛⠊⠁⠃⠴⠄⠀⠍⠢⠅⠽⠀⠱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⠱⠴⠂⠍⠐⠄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⠬⠄⠀⠇⠕⠂⠛⠊⠂⠀⠓⠬⠁⠜⠀⠍⠧⠄⠵⠥⠂⠀⠱⠴⠂⠍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⠞⠜⠛⠩⠀⠉⠪⠀⠟⠧⠄⠱⠼⠁⠀⠱⠥⠁⠟⠥⠁⠐⠄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⠱⠢⠛⠊⠤⠛⠷⠛⠩⠤⠉⠢⠆⠱⠤⠓⠾⠂⠓⠊⠂⠀⠓⠸⠂⠓⠻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⠺⠱⠂⠍⠀⠜⠀⠟⠲⠋⠥⠆⠀⠛⠣⠓⠡⠂⠐⠄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⠟⠻⠞⠲⠄⠀⠋⠔⠛⠜⠀⠱⠂⠏⠣⠄⠀⠬⠄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⠓⠢⠟⠼⠱⠼⠁⠥⠓⠾⠂⠀⠱⠂⠏⠣⠄⠀⠱⠀⠊⠀⠓⠺⠱⠀⠍⠔⠐⠄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⠡⠁⠒⠂⠀⠎⠕⠁⠓⠑⠄⠀⠠⠠⠠⠉⠀⠗⠀⠊⠀⠎⠀⠏⠀⠗⠠⠄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⠓⠢⠎⠻⠁⠛⠩⠄⠉⠢⠆⠀⠌⠲⠀⠙⠀⠱⠂⠃⠑⠂⠀⠓⠢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⠙⠥⠂⠟⠥⠁⠀⠋⠴⠃⠑⠂⠀⠌⠄⠀⠱⠴⠂⠍⠐⠄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⠺⠱⠂⠍⠀⠊⠉⠆⠀⠛⠩⠄⠉⠢⠆⠀⠃⠊⠓⠬⠁⠀⠱⠢⠌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⠙⠺⠌⠖⠐⠄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⠺⠱⠂⠍⠀⠃⠥⠝⠼⠀⠏⠣⠄⠟⠦⠀⠺⠌⠁⠀⠺⠁⠱⠼⠁⠥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⠏⠮⠭⠄⠀⠥⠐⠄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⠥⠂⠌⠦⠪⠀⠱⠢⠛⠊⠀⠺⠱⠂⠍⠀⠱⠥⠄⠬⠂⠀⠋⠥⠆⠵⠢⠂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⠚⠴⠀⠟⠶⠆⠓⠣⠁⠀⠙⠀⠊⠃⠥⠋⠴⠐⠄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⠙⠔⠂⠧⠀⠜⠙⠩⠄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⠣⠁⠺⠀⠈⠞⠀⠃⠔⠄⠀⠛⠲⠁⠟⠼⠀⠌⠲⠀⠙⠀⠍⠢⠅⠽⠓⠿⠆⠈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⠃⠜⠁⠌⠒⠄⠓⠿⠆⠈⠀⠉⠢⠆⠇⠭⠂⠀⠓⠢⠀⠙⠑⠂⠙⠪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⠎⠁⠓⠭⠄⠀⠹⠬⠂⠀⠱⠼⠁⠍⠡⠆⠀⠓⠊⠞⠲⠄⠐⠆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⠌⠻⠄⠇⠥⠀⠊⠄⠀⠡⠁⠒⠂⠀⠎⠕⠁⠓⠑⠄⠀⠠⠠⠠⠙⠀⠝⠀⠁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⠺⠂⠀⠍⠥⠃⠧⠄⠓⠢⠟⠼⠀⠡⠁⠒⠂⠀⠎⠕⠁⠓⠑⠄⠀⠗⠀⠝⠀⠁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⠰⠀⠋⠧⠊⠆⠠⠄⠀⠊⠄⠀⠡⠁⠒⠂⠀⠎⠕⠁⠓⠑⠄⠀⠍⠀⠠⠠⠠⠗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⠝⠀⠁⠠⠄⠀⠺⠂⠀⠍⠥⠃⠧⠄⠀⠇⠩⠂⠛⠑⠁⠀⠧⠁⠛⠊⠁⠎⠻⠁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⠓⠡⠂⠟⠼⠀⠙⠧⠃⠪⠂⠌⠀⠇⠩⠐⠆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⠈⠞⠀⠱⠀⠛⠊⠁⠣⠁⠀⠋⠥⠆⠛⠣⠀⠅⠢⠄⠀⠌⠖⠁⠍⠥⠆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⠌⠻⠄⠇⠥⠀⠓⠭⠁⠛⠻⠁⠀⠋⠴⠵⠄⠀⠃⠡⠀⠃⠦⠁⠌⠥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⠅⠊⠄⠙⠲⠀⠌⠻⠄⠇⠥⠀⠙⠀⠡⠁⠒⠂⠀⠎⠕⠁⠓⠑⠄⠀⠠⠠⠠⠙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⠝⠀⠁⠠⠄⠀⠷⠁⠬⠐⠆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⠈⠞⠀⠛⠴⠁⠛⠬⠀⠡⠁⠒⠂⠀⠎⠕⠁⠓⠑⠄⠀⠠⠠⠠⠙⠀⠝⠀⠁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⠍⠥⠃⠧⠄⠀⠓⠡⠂⠟⠼⠐⠀⠅⠢⠄⠀⠃⠮⠀⠓⠢⠞⠦⠞⠊⠄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⠙⠥⠂⠅⠬⠄⠐⠀⠗⠀⠯⠂⠱⠄⠀⠡⠁⠒⠂⠀⠎⠕⠁⠓⠑⠄⠀⠙⠀⠝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⠁⠠⠄⠀⠞⠲⠁⠟⠦⠀⠃⠖⠄⠇⠳⠂⠐⠆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⠱⠥⠁⠚⠥⠆⠈⠀⠟⠻⠛⠧⠄⠈⠀⠅⠲⠌⠈⠀⠱⠥⠁⠟⠥⠁⠐⠆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⠇⠭⠄⠛⠢⠀⠌⠄⠙⠡⠀⠱⠥⠁⠚⠥⠆⠀⠞⠲⠱⠂⠀⠟⠥⠁⠓⠩⠐⠆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⠉⠢⠆⠱⠀⠓⠺⠆⠀⠃⠖⠇⠥⠀⠱⠢⠛⠊⠀⠬⠄⠀⠓⠩⠱⠂⠀⠙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⠟⠔⠁⠊⠆⠐⠀⠓⠣⠁⠀⠌⠼⠛⠬⠀⠓⠬⠁⠜⠀⠋⠧⠄⠅⠺⠀⠙⠖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⠓⠫⠀⠊⠇⠒⠂⠀⠱⠢⠛⠊⠐⠆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⠃⠥⠱⠐⠆⠟⠻⠞⠲⠄⠀⠋⠔⠛⠜⠀⠇⠊⠹⠀⠞⠩⠁⠚⠧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⠺⠁⠱⠼⠁⠥⠀⠊⠄⠳⠀⠓⠴⠄⠟⠦⠀⠇⠊⠱⠄⠰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⠓⠢⠟⠼⠱⠼⠁⠥⠓⠾⠂⠀⠅⠢⠄⠝⠼⠀⠛⠣⠊⠃⠥⠀⠱⠢⠛⠊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⠓⠕⠆⠀⠳⠁⠓⠿⠆⠀⠓⠊⠞⠲⠄⠐⠆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⠱⠂⠃⠑⠂⠀⠱⠀⠋⠴⠃⠩⠀⠍⠥⠆⠃⠜⠁⠀⠓⠬⠇⠑⠰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⠙⠥⠂⠟⠥⠁⠀⠱⠀⠃⠔⠄⠀⠋⠴⠵⠄⠀⠱⠛⠩⠀⠌⠻⠄⠓⠻⠆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⠺⠂⠀⠩⠂⠎⠢⠈⠀⠡⠂⠛⠶⠁⠈⠀⠙⠩⠓⠣⠓⠖⠆⠀⠓⠕⠆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⠱⠥⠵⠆⠀⠛⠑⠂⠛⠕⠄⠐⠆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⠙⠺⠌⠖⠀⠹⠬⠂⠀⠅⠾⠆⠚⠴⠆⠀⠓⠊⠞⠲⠄⠀⠳⠓⠜⠈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⠏⠧⠆⠙⠻⠀⠥⠁⠚⠧⠄⠀⠓⠢⠀⠃⠮⠛⠡⠄⠐⠀⠃⠡⠀⠛⠑⠄⠱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⠥⠂⠀⠓⠣⠓⠖⠆⠀⠓⠕⠆⠚⠕⠆⠀⠓⠣⠓⠖⠆⠐⠆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⠺⠌⠁⠀⠏⠮⠭⠄⠀⠥⠀⠅⠢⠄⠝⠼⠀⠓⠧⠳⠀⠃⠡⠯⠂⠞⠊⠄⠈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⠙⠥⠂⠎⠥⠈⠀⠛⠕⠍⠣⠄⠯⠂⠀⠓⠕⠆⠀⠅⠊⠞⠀⠺⠛⠡⠁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⠏⠡⠛⠥⠁⠀⠟⠼⠋⠴⠆⠐⠆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⠣⠁⠺⠀⠛⠊⠱⠥⠀⠙⠀⠱⠷⠁⠊⠆⠀⠌⠄⠳⠀⠵⠪⠀⠃⠥⠞⠲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⠝⠼⠇⠊⠀⠬⠄⠀⠞⠜⠛⠩⠀⠙⠀⠚⠴⠀⠙⠷⠁⠀⠝⠼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⠇⠊⠄⠛⠑⠄⠀⠓⠢⠀⠉⠧⠁⠬⠀⠱⠂⠐⠀⠉⠪⠀⠛⠼⠁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⠅⠢⠄⠝⠼⠀⠛⠲⠁⠏⠡⠀⠋⠴⠏⠮⠆⠐⠆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⠱⠥⠬⠄⠃⠜⠄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⠃⠜⠄⠛⠢⠂⠀⠼⠛⠀⠅⠪⠁⠱⠄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⠙⠊⠀⠼⠂⠀⠓⠭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⠱⠥⠬⠄⠤⠀⠡⠁⠒⠂⠀⠎⠕⠁⠓⠑⠄⠀⠠⠠⠠⠙⠀⠝⠀⠁⠠⠄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⠛⠩⠄⠍⠡⠀⠛⠑⠄⠱⠤⠀⠞⠕⠁⠭⠄⠓⠢⠞⠦⠓⠢⠎⠻⠁⠐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⠟⠦⠅⠊⠁⠀⠃⠖⠄⠉⠒⠀⠊⠂⠟⠻⠓⠣⠓⠊⠁⠀⠙⠀⠋⠴⠵⠄⠐⠆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⠙⠊⠀⠼⠆⠀⠓⠭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⠱⠥⠬⠄⠤⠀⠡⠁⠒⠂⠀⠎⠕⠁⠓⠑⠄⠀⠠⠠⠠⠗⠀⠝⠀⠁⠠⠄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⠛⠩⠄⠍⠡⠀⠛⠑⠄⠱⠤⠀⠓⠢⠞⠦⠓⠢⠎⠻⠁⠀⠛⠫⠁⠵⠥⠂⠰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⠃⠥⠋⠴⠀⠡⠁⠒⠂⠀⠎⠕⠁⠓⠑⠄⠀⠠⠠⠠⠗⠀⠝⠀⠁⠠⠄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⠓⠑⠂⠙⠪⠀⠓⠣⠓⠊⠁⠐⠀⠃⠥⠋⠴⠀⠌⠂⠛⠑⠁⠀⠟⠼⠙⠧⠁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⠛⠑⠂⠛⠷⠈⠀⠉⠺⠁⠓⠿⠆⠀⠓⠕⠆⠀⠞⠜⠅⠲⠀⠛⠲⠁⠝⠼⠐⠆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⠙⠊⠀⠼⠒⠀⠓⠭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⠱⠥⠬⠄⠤⠀⠛⠊⠁⠣⠁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⠛⠩⠄⠍⠡⠀⠛⠑⠄⠱⠤⠀⠡⠁⠒⠂⠀⠎⠕⠁⠓⠑⠄⠀⠠⠠⠠⠙⠀⠝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⠁⠠⠄⠀⠱⠦⠀⠬⠄⠀⠞⠢⠆⠙⠡⠀⠟⠧⠄⠥⠀⠓⠕⠆⠀⠛⠲⠁⠝⠼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⠓⠭⠁⠛⠻⠁⠀⠙⠀⠊⠙⠻⠀⠷⠁⠬⠐⠆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⠙⠊⠀⠼⠲⠀⠓⠭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⠱⠥⠬⠄⠤⠀⠛⠊⠁⠣⠁⠀⠃⠜⠄⠙⠔⠂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⠛⠩⠄⠍⠡⠀⠛⠑⠄⠱⠤⠀⠛⠊⠁⠣⠁⠀⠓⠣⠓⠊⠁⠀⠃⠮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⠌⠻⠄⠇⠥⠐⠀⠃⠡⠀⠵⠪⠀⠱⠹⠀⠱⠂⠀⠛⠣⠊⠃⠥⠀⠋⠧⠊⠆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⠓⠕⠆⠀⠋⠔⠓⠺⠁⠀⠡⠁⠒⠂⠀⠎⠕⠁⠓⠑⠄⠀⠠⠠⠠⠗⠀⠝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⠁⠠⠄⠀⠛⠲⠁⠝⠼⠀⠙⠀⠛⠕⠟⠼⠐⠆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⠙⠊⠀⠼⠢⠀⠓⠭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⠱⠥⠬⠄⠤⠀⠅⠊⠄⠙⠲⠵⠄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⠛⠩⠄⠍⠡⠀⠛⠑⠄⠱⠤⠀⠛⠊⠁⠣⠁⠀⠋⠥⠆⠛⠣⠀⠃⠦⠁⠌⠥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⠌⠖⠁⠍⠥⠆⠀⠌⠻⠄⠇⠥⠀⠓⠭⠁⠛⠻⠁⠀⠋⠴⠵⠄⠀⠃⠡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⠅⠊⠄⠙⠲⠀⠌⠻⠄⠇⠥⠀⠙⠀⠡⠁⠒⠂⠀⠎⠕⠁⠓⠑⠄⠀⠠⠠⠠⠙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⠝⠀⠁⠠⠄⠀⠷⠁⠬⠐⠆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⠙⠊⠀⠼⠖⠀⠓⠭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⠱⠥⠬⠄⠤⠀⠌⠻⠄⠇⠥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⠛⠩⠄⠍⠡⠀⠛⠑⠄⠱⠤⠀⠛⠴⠁⠛⠬⠀⠡⠁⠒⠂⠀⠎⠕⠁⠓⠑⠄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⠠⠠⠠⠙⠀⠝⠀⠁⠀⠍⠥⠃⠧⠄⠓⠢⠟⠼⠀⠡⠁⠒⠂⠀⠎⠕⠁⠓⠑⠄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⠗⠀⠝⠀⠁⠠⠄⠀⠙⠀⠛⠕⠟⠼⠐⠆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⠙⠊⠀⠼⠶⠀⠓⠭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⠱⠥⠬⠄⠤⠀⠋⠧⠊⠆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⠛⠩⠄⠍⠡⠀⠛⠑⠄⠱⠤⠀⠓⠢⠞⠦⠞⠊⠄⠀⠙⠥⠂⠅⠬⠄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⠡⠁⠒⠂⠀⠎⠕⠁⠓⠑⠄⠀⠍⠀⠠⠠⠠⠗⠀⠝⠀⠁⠀⠐⠀⠃⠡⠠⠄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⠧⠀⠍⠊⠆⠍⠔⠄⠵⠄⠀⠱⠒⠓⠬⠀⠇⠩⠂⠛⠑⠁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⠧⠁⠛⠊⠁⠎⠻⠁⠀⠙⠀⠛⠕⠟⠼⠐⠆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⠙⠊⠀⠼⠦⠀⠓⠭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⠱⠥⠬⠄⠤⠀⠙⠧⠃⠪⠂⠌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⠛⠩⠄⠍⠡⠀⠛⠑⠄⠱⠤⠀⠳⠂⠀⠧⠁⠛⠊⠁⠎⠻⠁⠀⠵⠥⠄⠟⠼⠈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⠅⠢⠄⠀⠟⠼⠙⠧⠁⠀⠉⠺⠁⠓⠿⠆⠈⠀⠛⠑⠂⠛⠷⠈⠀⠸⠱⠥⠁⠈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⠓⠣⠓⠖⠆⠀⠙⠼⠄⠀⠛⠲⠁⠝⠼⠀⠙⠀⠋⠴⠵⠄⠐⠆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⠙⠊⠀⠼⠔⠀⠓⠭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⠱⠥⠬⠄⠤⠀⠍⠮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⠛⠩⠄⠍⠡⠀⠛⠑⠄⠱⠤⠀⠝⠼⠛⠷⠀⠛⠫⠎⠥⠀⠞⠢⠆⠙⠡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⠓⠿⠆⠓⠾⠂⠋⠧⠄⠡⠀⠙⠀⠱⠼⠁⠥⠀⠉⠺⠁⠓⠿⠆⠛⠊⠐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⠙⠕⠁⠱⠥⠀⠍⠮⠀⠱⠀⠙⠧⠃⠪⠂⠌⠐⠆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⠙⠊⠀⠼⠁⠴⠀⠓⠭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⠱⠥⠬⠄⠤⠀⠛⠊⠁⠣⠁⠓⠺⠇⠥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⠛⠩⠄⠍⠡⠀⠛⠑⠄⠱⠤⠀⠳⠂⠀⠞⠜⠅⠲⠀⠯⠂⠛⠩⠈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⠛⠊⠁⠣⠁⠀⠛⠊⠂⠅⠊⠀⠟⠧⠄⠥⠀⠛⠷⠟⠼⠐⠀⠝⠼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⠟⠥⠄⠇⠊⠄⠀⠱⠥⠁⠚⠥⠆⠀⠃⠡⠀⠟⠧⠄⠱⠼⠁⠀⠱⠥⠁⠟⠥⠁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⠙⠀⠛⠲⠁⠝⠼⠀⠶⠄⠇⠕⠐⠆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⠙⠊⠀⠼⠁⠂⠀⠓⠭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⠱⠥⠬⠄⠤⠀⠙⠊⠄⠏⠧⠀⠓⠊⠃⠖⠁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⠛⠩⠄⠍⠡⠀⠛⠑⠄⠱⠤⠀⠟⠼⠵⠪⠀⠛⠲⠁⠟⠼⠓⠿⠆⠀⠯⠂⠛⠩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⠃⠡⠀⠞⠊⠛⠲⠁⠀⠱⠼⠁⠌⠦⠄⠈⠀⠝⠼⠇⠭⠀⠓⠢⠀⠋⠴⠵⠄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⠵⠁⠯⠂⠀⠙⠀⠎⠥⠌⠥⠄⠀⠓⠊⠃⠖⠁⠐⠆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⠙⠊⠀⠼⠁⠆⠀⠓⠭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⠱⠥⠬⠄⠤⠀⠓⠊⠃⠖⠁⠛⠲⠁⠟⠦⠄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⠛⠩⠄⠍⠡⠀⠛⠑⠄⠱⠤⠀⠇⠊⠹⠀⠓⠊⠃⠖⠁⠀⠙⠪⠓⠑⠀⠌⠵⠖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⠍⠥⠆⠃⠜⠁⠀⠥⠌⠀⠙⠀⠛⠲⠁⠟⠼⠓⠿⠆⠀⠱⠼⠁⠟⠧⠄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⠓⠊⠞⠲⠄⠐⠆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⠙⠊⠀⠼⠁⠒⠀⠓⠭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⠱⠥⠬⠄⠤⠀⠙⠪⠓⠑⠀⠞⠥⠛⠡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⠛⠩⠄⠍⠡⠀⠛⠑⠄⠱⠤⠀⠊⠓⠊⠇⠑⠀⠓⠭⠁⠓⠥⠆⠇⠩⠂⠛⠑⠁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⠙⠀⠓⠿⠆⠓⠾⠂⠋⠧⠄⠡⠐⠀⠞⠲⠁⠟⠦⠀⠳⠂⠀⠃⠥⠞⠲⠀⠍⠮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⠊⠉⠆⠀⠉⠺⠁⠓⠿⠆⠐⠆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⠙⠊⠀⠼⠁⠲⠀⠓⠭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⠱⠥⠬⠄⠤⠀⠟⠻⠛⠧⠄⠅⠊⠆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⠛⠩⠄⠍⠡⠀⠛⠑⠄⠱⠤⠀⠱⠂⠃⠑⠂⠀⠱⠥⠁⠚⠥⠆⠀⠃⠡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⠟⠥⠆⠋⠔⠀⠓⠷⠆⠓⠬⠀⠃⠩⠓⠿⠆⠀⠙⠀⠱⠼⠁⠥⠀⠯⠂⠛⠩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⠓⠕⠆⠀⠋⠴⠵⠄⠀⠓⠊⠞⠲⠄⠐⠆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⠙⠊⠀⠼⠁⠢⠀⠓⠭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⠱⠥⠬⠄⠤⠀⠃⠖⠛⠖⠀⠓⠣⠓⠖⠆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⠛⠩⠄⠍⠡⠀⠛⠑⠄⠱⠤⠀⠹⠬⠂⠀⠓⠩⠄⠱⠀⠓⠊⠞⠲⠄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⠌⠶⠞⠪⠆⠀⠙⠀⠅⠢⠄⠉⠢⠆⠀⠱⠥⠁⠟⠥⠁⠐⠀⠚⠥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⠩⠂⠎⠢⠈⠀⠡⠂⠛⠶⠁⠀⠓⠕⠆⠀⠙⠩⠓⠣⠓⠖⠆⠐⠆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⠙⠊⠀⠼⠁⠖⠀⠓⠭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⠱⠥⠬⠄⠤⠀⠡⠁⠒⠂⠀⠎⠕⠁⠓⠑⠄⠀⠠⠠⠠⠏⠀⠉⠀⠗⠠⠄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⠛⠩⠄⠍⠡⠀⠛⠑⠄⠱⠤⠀⠛⠬⠓⠢⠍⠮⠇⠩⠱⠋⠧⠄⠡⠐⠀⠹⠬⠂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⠅⠕⠵⠼⠁⠀⠞⠢⠆⠙⠡⠀⠓⠢⠎⠻⠁⠀⠓⠬⠇⠑⠐⠆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⠙⠊⠀⠼⠁⠶⠀⠓⠭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⠱⠥⠬⠄⠤⠀⠡⠁⠒⠂⠀⠎⠕⠁⠓⠑⠄⠀⠠⠠⠠⠉⠀⠗⠀⠊⠀⠎⠀⠏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⠗⠠⠄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⠛⠩⠄⠍⠡⠀⠛⠑⠄⠱⠤⠀⠯⠂⠵⠆⠀⠺⠁⠱⠼⠁⠥⠀⠋⠦⠂⠬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⠓⠊⠞⠲⠄⠀⠙⠀⠊⠇⠮⠀⠓⠬⠇⠑⠀⠱⠂⠃⠑⠂⠀⠛⠲⠁⠛⠬⠐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⠅⠢⠄⠀⠹⠬⠂⠀⠃⠩⠁⠛⠊⠂⠀⠓⠕⠆⠀⠛⠩⠄⠉⠢⠆⠐⠆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⠙⠊⠀⠼⠁⠦⠀⠓⠭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⠱⠥⠬⠄⠤⠀⠭⠂⠓⠡⠀⠙⠺⠌⠖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⠛⠩⠄⠍⠡⠀⠛⠑⠄⠱⠤⠀⠬⠅⠊⠁⠀⠡⠁⠀⠟⠧⠄⠱⠼⠁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⠓⠣⠓⠖⠆⠀⠙⠀⠙⠺⠌⠖⠐⠀⠹⠬⠂⠀⠅⠾⠆⠚⠴⠆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⠛⠩⠄⠉⠢⠆⠀⠓⠊⠞⠲⠄⠀⠅⠢⠄⠊⠄⠀⠛⠲⠁⠵⠕⠐⠆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⠙⠊⠀⠼⠁⠔⠀⠓⠭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⠱⠥⠬⠄⠤⠀⠣⠁⠓⠡⠀⠙⠺⠌⠖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⠛⠩⠄⠍⠡⠀⠛⠑⠄⠱⠤⠀⠬⠅⠊⠁⠀⠃⠥⠀⠡⠁⠀⠟⠧⠄⠱⠼⠁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⠓⠣⠓⠖⠆⠀⠙⠀⠙⠺⠌⠖⠐⠀⠹⠬⠂⠀⠛⠻⠁⠟⠔⠀⠃⠮⠛⠡⠄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⠬⠄⠀⠥⠁⠚⠧⠄⠐⠆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⠙⠊⠀⠼⠃⠴⠀⠓⠭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⠱⠥⠬⠄⠤⠀⠱⠼⠁⠥⠧⠁⠅⠯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⠛⠩⠄⠍⠡⠀⠛⠑⠄⠱⠤⠀⠬⠋⠦⠂⠀⠱⠼⠁⠥⠀⠉⠪⠇⠜⠈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⠉⠖⠁⠵⠕⠀⠓⠕⠆⠀⠱⠛⠥⠀⠙⠺⠀⠚⠴⠯⠂⠈⠀⠱⠢⠷⠁⠀⠓⠢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⠓⠻⠛⠡⠀⠵⠖⠟⠼⠀⠱⠦⠁⠓⠪⠆⠐⠆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⠙⠊⠀⠼⠃⠂⠀⠓⠭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⠱⠥⠬⠄⠤⠀⠱⠼⠁⠥⠀⠧⠁⠃⠖⠄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⠛⠩⠄⠍⠡⠀⠛⠑⠄⠱⠤⠀⠋⠦⠂⠌⠄⠀⠱⠼⠁⠥⠀⠉⠪⠇⠜⠈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⠌⠁⠱⠀⠓⠕⠆⠀⠱⠢⠱⠁⠀⠃⠮⠙⠖⠈⠀⠇⠧⠹⠀⠓⠕⠆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⠺⠛⠡⠁⠀⠱⠷⠅⠯⠀⠋⠦⠄⠒⠆⠐⠆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⠃⠜⠄⠛⠢⠂⠀⠼⠛⠀⠛⠑⠂⠱⠥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⠩⠂⠱⠴⠁⠀⠾⠙⠥⠂⠀⠬⠄⠀⠵⠁⠇⠜⠀⠇⠪⠂⠯⠂</w:t>
      </w:r>
      <w:r>
        <w:br w:type="page"/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⠊⠄⠓⠫⠀⠵⠁⠇⠜⠀⠹⠬⠂⠀⠓⠢⠙⠺⠀⠃⠴⠄⠱⠷⠄⠉⠢⠆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⠌⠲⠀⠙⠀⠛⠊⠁⠃⠴⠄⠀⠙⠡⠊⠆⠈⠀⠛⠊⠱⠥⠀⠧⠇⠊⠀⠬⠄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⠧⠁⠅⠯⠀⠯⠂⠵⠢⠂⠐⠆⠇⠩⠛⠑⠁⠀⠒⠂⠵⠆⠀⠛⠸⠁⠀⠺⠂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⠍⠜⠱⠥⠓⠡⠀⠃⠜⠁⠞⠊⠐⠀⠃⠩⠬⠂⠀⠏⠡⠍⠥⠆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⠾⠙⠥⠂⠅⠊⠆⠀⠱⠂⠃⠑⠂⠐⠆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⠍⠮⠄⠛⠕⠂⠀⠛⠕⠂⠛⠫⠁⠀⠚⠴⠇⠮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⠛⠊⠁⠣⠁⠵⠥⠄⠩⠂⠛⠳⠁⠀⠎⠕⠄⠤⠀⠠⠉⠑⠝⠞⠗⠁⠇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⠠⠙⠕⠛⠍⠁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⠍⠮⠄⠛⠕⠂⠀⠛⠕⠂⠛⠫⠁⠀⠚⠴⠇⠮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⠛⠊⠁⠣⠁⠵⠥⠄⠩⠂⠛⠳⠁⠀⠎⠕⠄⠤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⠠⠞⠗⠁⠝⠎⠉⠗⠊⠏⠞⠊⠕⠝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⠍⠮⠄⠛⠕⠂⠀⠛⠕⠂⠛⠫⠁⠀⠚⠴⠇⠮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⠛⠊⠁⠣⠁⠵⠥⠄⠩⠂⠛⠳⠁⠀⠎⠕⠄⠤⠀⠠⠏⠗⠕⠍⠕⠞⠑⠗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⠍⠮⠄⠛⠕⠂⠀⠛⠕⠂⠛⠫⠁⠃⠜⠁⠌⠒⠄⠀⠬⠄⠀⠛⠊⠱⠥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⠩⠂⠛⠳⠁⠯⠤⠀⠠⠑⠝⠛⠊⠝⠑⠑⠗⠊⠝⠛⠀⠠⠃⠊⠕⠇⠕⠛⠽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⠍⠮⠄⠛⠕⠂⠀⠛⠕⠂⠛⠫⠁⠀⠅⠢⠁⠓⠾⠂⠯⠀⠵⠁⠇⠜⠤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⠠⠃⠊⠕⠞⠑⠉⠓⠝⠕⠇⠕⠛⠽⠀⠊⠝⠀⠞⠓⠑⠀⠠⠁⠛⠑⠀⠕⠋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⠠⠎⠽⠝⠞⠓⠑⠞⠊⠉⠀⠠⠃⠊⠕⠇⠕⠛⠽</w:t>
      </w:r>
    </w:p>
    <w:p>
      <w:pPr>
        <w:keepLines/>
        <w:widowControl w:val="0"/>
      </w:pP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⠍⠮⠄⠛⠕⠂⠀⠱⠂⠏⠣⠄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⠜⠏⠣⠄⠛⠩⠁⠙⠥⠁⠛⠻⠄⠇⠊⠄⠛⠬⠂⠤⠀⠼⠁⠚⠚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⠠⠽⠑⠁⠗⠎⠀⠕⠋⠀⠠⠊⠝⠎⠥⠇⠊⠝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⠠⠃⠗⠕⠁⠙⠀⠠⠊⠝⠎⠞⠊⠞⠥⠞⠑⠀⠤⠀⠠⠝⠥⠉⠇⠑⠊⠉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⠁⠉⠊⠙⠀⠙⠑⠞⠑⠉⠞⠊⠕⠝⠀⠺⠊⠞⠓⠀⠡⠁⠒⠂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⠎⠕⠁⠓⠑⠄⠀⠠⠠⠠⠉⠀⠗⠀⠊⠀⠎⠀⠏⠀⠗⠤⠡⠁⠒⠂⠠⠄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⠠⠉⠁⠎⠀⠐⠀⠱⠥⠵⠆⠀⠱⠂⠎⠧⠁⠰⠁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⠓⠑⠂⠓⠩⠠⠉⠼⠆⠰⠰⠉⠼⠃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⠱⠛⠑⠺⠱⠼⠁⠵⠥⠄⠌⠁⠤⠀⠠⠑⠝⠎⠥⠗⠊⠝⠛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⠗⠑⠎⠏⠕⠝⠎⠊⠃⠇⠑⠀⠥⠎⠑⠀⠕⠋⠀⠇⠊⠋⠑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⠎⠉⠊⠑⠝⠉⠑⠎⠀⠗⠑⠎⠑⠁⠗⠉⠓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⠛⠑⠂⠱⠥⠬⠄</w:t>
      </w:r>
    </w:p>
    <w:p>
      <w:pPr>
        <w:keepLines/>
        <w:widowControl w:val="0"/>
      </w:pP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⠓⠢⠟⠼⠱⠼⠁⠥⠓⠾⠂⠀⠵⠺⠀⠓⠊⠁⠣⠄⠀⠚⠴⠀⠙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⠙⠊⠋⠦⠐⠀⠃⠥⠀⠌⠄⠱⠀⠈⠞⠀⠝⠼⠀⠃⠔⠄⠀⠱⠼⠁⠥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⠓⠊⠞⠲⠄⠀⠵⠕⠟⠼⠀⠱⠴⠂⠍⠐⠀⠛⠼⠁⠀⠵⠪⠬⠂⠀⠈⠞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⠏⠢⠆⠱⠄⠀⠕⠍⠴⠀⠞⠲⠱⠂⠀⠓⠾⠂⠓⠊⠂⠀⠱⠼⠁⠍⠡⠆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⠛⠺⠁⠇⠬⠈⠀⠛⠲⠁⠟⠼⠀⠎⠁⠺⠂⠈⠀⠌⠼⠛⠬⠀⠏⠧⠆⠙⠻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⠬⠄⠀⠱⠢⠓⠺⠆⠀⠵⠢⠂⠚⠴⠆⠐⠆⠛⠊⠂⠱⠄⠀⠃⠥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⠵⠷⠄⠛⠣⠀⠱⠂⠩⠱⠐⠀⠕⠍⠴⠀⠚⠼⠚⠧⠀⠅⠢⠄⠊⠄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⠞⠲⠁⠛⠕⠀⠌⠒⠄⠅⠾⠆⠀⠙⠀⠬⠄⠩⠂⠈⠀⠱⠼⠁⠣⠁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⠱⠒⠓⠬⠀⠓⠢⠀⠇⠕⠂⠛⠊⠂⠀⠍⠢⠓⠡⠂⠐⠀⠛⠩⠇⠊</w:t>
      </w:r>
      <w:r>
        <w:br w:type="page"/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⠊⠋⠥⠂⠀⠅⠡⠁⠓⠊⠁⠀⠙⠀⠱⠼⠁⠍⠡⠆⠀⠚⠥⠓⠢</w:t>
      </w:r>
    </w:p>
    <w:p>
      <w:pPr>
        <w:keepLines/>
        <w:widowControl w:val="0"/>
      </w:pPr>
      <w:r>
        <w:rPr>
          <w:rFonts w:ascii="Segoe UI Symbol" w:hAnsi="Segoe UI Symbol" w:eastAsia="Segoe UI Symbol"/>
          <w:sz w:val="40"/>
        </w:rPr>
        <w:t>⠟⠥⠄⠇⠊⠄⠀⠓⠣⠓⠊⠁⠀⠙⠀⠙⠊⠞⠥⠐⠆</w:t>
      </w:r>
    </w:p>
    <w:sectPr w:rsidR="00FC693F" w:rsidRPr="0006063C" w:rsidSect="00034616">
      <w:pgSz w:w="11906" w:h="16838"/>
      <w:pgMar w:top="1020" w:right="1020" w:bottom="1020" w:left="102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Rule="exact" w:line="567"/>
    </w:pPr>
    <w:rPr>
      <w:rFonts w:ascii="Segoe UI Symbol" w:hAnsi="Segoe UI Symbol" w:eastAsia="Segoe UI Symbol"/>
      <w:sz w:val="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以声为桥：合成生物学知识手册（国家通用盲文电子版）</dc:title>
  <dc:subject>供刷新式点显器、盲文编辑软件与盲文校对使用的Unicode盲文稿</dc:subject>
  <dc:creator>合成生物学无障碍科普项目组</dc:creator>
  <cp:keywords>国家通用盲文, 合成生物学, 无障碍, 视障学习者</cp:keywords>
  <dc:description>机器转写初稿；正式刻印前须由国家通用盲文校对人员复核。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